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A2960" w14:textId="77777777" w:rsidR="00961333" w:rsidRPr="00106A82" w:rsidRDefault="00C85E30">
      <w:pPr>
        <w:jc w:val="center"/>
        <w:rPr>
          <w:color w:val="F79646" w:themeColor="accent6"/>
        </w:rPr>
      </w:pPr>
      <w:r w:rsidRPr="00106A82">
        <w:rPr>
          <w:b/>
          <w:color w:val="F79646" w:themeColor="accent6"/>
          <w:sz w:val="48"/>
        </w:rPr>
        <w:t>CARE Iraq</w:t>
      </w:r>
    </w:p>
    <w:p w14:paraId="62A2005F" w14:textId="77777777" w:rsidR="00961333" w:rsidRPr="00106A82" w:rsidRDefault="00961333">
      <w:pPr>
        <w:rPr>
          <w:color w:val="F79646" w:themeColor="accent6"/>
        </w:rPr>
      </w:pPr>
    </w:p>
    <w:p w14:paraId="7BF514B3" w14:textId="77777777" w:rsidR="00961333" w:rsidRPr="00106A82" w:rsidRDefault="00C85E30">
      <w:pPr>
        <w:jc w:val="center"/>
        <w:rPr>
          <w:color w:val="F79646" w:themeColor="accent6"/>
        </w:rPr>
      </w:pPr>
      <w:r w:rsidRPr="00106A82">
        <w:rPr>
          <w:b/>
          <w:color w:val="F79646" w:themeColor="accent6"/>
          <w:sz w:val="44"/>
        </w:rPr>
        <w:t>ANNEX 1</w:t>
      </w:r>
    </w:p>
    <w:p w14:paraId="04280F37" w14:textId="77777777" w:rsidR="00961333" w:rsidRDefault="00C85E30">
      <w:pPr>
        <w:jc w:val="center"/>
      </w:pPr>
      <w:r>
        <w:rPr>
          <w:color w:val="595959"/>
          <w:sz w:val="24"/>
        </w:rPr>
        <w:t>CARE Iraq EOI Application Form, Applicant Instructions and Submission Checklist</w:t>
      </w:r>
    </w:p>
    <w:p w14:paraId="0FDC71F2" w14:textId="77777777" w:rsidR="00961333" w:rsidRDefault="00961333"/>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6E0DFE61" w14:textId="77777777" w:rsidTr="00106A82">
        <w:trPr>
          <w:cantSplit/>
          <w:jc w:val="center"/>
        </w:trPr>
        <w:tc>
          <w:tcPr>
            <w:tcW w:w="10200" w:type="dxa"/>
            <w:shd w:val="clear" w:color="auto" w:fill="FDE9D9" w:themeFill="accent6" w:themeFillTint="33"/>
          </w:tcPr>
          <w:p w14:paraId="170C16E6" w14:textId="77777777" w:rsidR="00961333" w:rsidRPr="00106A82" w:rsidRDefault="00C85E30">
            <w:pPr>
              <w:spacing w:before="40" w:after="60" w:line="240" w:lineRule="auto"/>
              <w:jc w:val="center"/>
              <w:rPr>
                <w:color w:val="F79646" w:themeColor="accent6"/>
              </w:rPr>
            </w:pPr>
            <w:r w:rsidRPr="00106A82">
              <w:rPr>
                <w:b/>
                <w:color w:val="F79646" w:themeColor="accent6"/>
              </w:rPr>
              <w:t>MANDATORY APPLICANT TEMPLATE</w:t>
            </w:r>
          </w:p>
          <w:p w14:paraId="45D7420E" w14:textId="77777777" w:rsidR="00961333" w:rsidRDefault="00C85E30">
            <w:pPr>
              <w:spacing w:before="40" w:after="60" w:line="240" w:lineRule="auto"/>
              <w:jc w:val="center"/>
            </w:pPr>
            <w:r>
              <w:t>Applicants must complete this Annex 1 and use it as the principal application form for the CARE Iraq EOI. Alternative application formats should not be submitted unless CARE Iraq provides written authorization.</w:t>
            </w:r>
          </w:p>
        </w:tc>
      </w:tr>
    </w:tbl>
    <w:p w14:paraId="29E4D3A3" w14:textId="77777777" w:rsidR="00961333" w:rsidRDefault="00C85E30">
      <w:r>
        <w:br w:type="page"/>
      </w:r>
    </w:p>
    <w:p w14:paraId="4A97EC8E" w14:textId="77777777" w:rsidR="00961333" w:rsidRDefault="00C85E30">
      <w:pPr>
        <w:pStyle w:val="Heading1"/>
      </w:pPr>
      <w:r w:rsidRPr="00106A82">
        <w:rPr>
          <w:rFonts w:ascii="Arial" w:hAnsi="Arial"/>
          <w:color w:val="F79646" w:themeColor="accent6"/>
        </w:rPr>
        <w:lastRenderedPageBreak/>
        <w:t>A. Purpose of This Annex</w:t>
      </w:r>
    </w:p>
    <w:p w14:paraId="415AE358" w14:textId="77777777" w:rsidR="00961333" w:rsidRDefault="00C85E30" w:rsidP="00106A82">
      <w:pPr>
        <w:jc w:val="both"/>
      </w:pPr>
      <w:r>
        <w:t xml:space="preserve">This Annex 1 is the mandatory application template for organizations responding to the CARE Iraq Call for Partnership / Partner Roster 2027-2030. It is designed to collect the information CARE Iraq will use for preliminary eligibility screening, technical assessment and initial verification. Applicants meeting the technical threshold will undergo the required screening, reference checks, proportionate due diligence and safeguarding verification before roster inclusion is confirmed. The minimum five-year operating-history requirement in the Call is mandatory. Applicants must be based in at least one of the following locations: the Kurdistan Region of Iraq (KRI), Ninawa, </w:t>
      </w:r>
      <w:proofErr w:type="spellStart"/>
      <w:r>
        <w:t>Thi</w:t>
      </w:r>
      <w:proofErr w:type="spellEnd"/>
      <w:r>
        <w:t xml:space="preserve"> </w:t>
      </w:r>
      <w:proofErr w:type="spellStart"/>
      <w:r>
        <w:t>Qar</w:t>
      </w:r>
      <w:proofErr w:type="spellEnd"/>
      <w:r>
        <w:t>, Basra or Baghdad.</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18B38DD2" w14:textId="77777777" w:rsidTr="00106A82">
        <w:trPr>
          <w:cantSplit/>
          <w:jc w:val="center"/>
        </w:trPr>
        <w:tc>
          <w:tcPr>
            <w:tcW w:w="10200" w:type="dxa"/>
            <w:shd w:val="clear" w:color="auto" w:fill="FDE9D9" w:themeFill="accent6" w:themeFillTint="33"/>
            <w:tcMar>
              <w:top w:w="120" w:type="dxa"/>
              <w:left w:w="120" w:type="dxa"/>
              <w:bottom w:w="120" w:type="dxa"/>
              <w:right w:w="120" w:type="dxa"/>
            </w:tcMar>
          </w:tcPr>
          <w:p w14:paraId="56D0860D" w14:textId="77777777" w:rsidR="00961333" w:rsidRDefault="00C85E30">
            <w:pPr>
              <w:spacing w:before="40" w:after="60" w:line="240" w:lineRule="auto"/>
            </w:pPr>
            <w:r w:rsidRPr="00106A82">
              <w:rPr>
                <w:b/>
                <w:color w:val="F79646" w:themeColor="accent6"/>
              </w:rPr>
              <w:t>Important</w:t>
            </w:r>
            <w:r w:rsidRPr="00106A82">
              <w:br/>
            </w:r>
            <w:r>
              <w:t xml:space="preserve">Complete all applicable sections. If a question does not apply, write “N/A” and briefly explain </w:t>
            </w:r>
            <w:proofErr w:type="gramStart"/>
            <w:r>
              <w:t>where</w:t>
            </w:r>
            <w:proofErr w:type="gramEnd"/>
            <w:r>
              <w:t xml:space="preserve"> useful. Do not delete headings, questions or declaration text. CARE Iraq may assess only information submitted within the prescribed limits and requested attachments.</w:t>
            </w:r>
          </w:p>
        </w:tc>
      </w:tr>
    </w:tbl>
    <w:p w14:paraId="3B5476C0" w14:textId="77777777" w:rsidR="00961333" w:rsidRDefault="00961333"/>
    <w:p w14:paraId="325C65D7" w14:textId="77777777" w:rsidR="00961333" w:rsidRDefault="00C85E30">
      <w:pPr>
        <w:pStyle w:val="Heading1"/>
      </w:pPr>
      <w:r w:rsidRPr="00106A82">
        <w:rPr>
          <w:rFonts w:ascii="Arial" w:hAnsi="Arial"/>
          <w:color w:val="F79646" w:themeColor="accent6"/>
        </w:rPr>
        <w:t>B. General Completion and Formatting Instructions</w:t>
      </w:r>
    </w:p>
    <w:p w14:paraId="1DBBA487" w14:textId="77777777" w:rsidR="00961333" w:rsidRDefault="00C85E30">
      <w:pPr>
        <w:pStyle w:val="ListBullet"/>
        <w:ind w:left="340"/>
      </w:pPr>
      <w:r>
        <w:t>Use this Word document as the application form. Do not create a separate narrative proposal in place of this annex.</w:t>
      </w:r>
    </w:p>
    <w:p w14:paraId="42A38418" w14:textId="76CB0594" w:rsidR="00961333" w:rsidRDefault="00C85E30">
      <w:pPr>
        <w:pStyle w:val="ListBullet"/>
        <w:ind w:left="340"/>
      </w:pPr>
      <w:r>
        <w:t xml:space="preserve">Use Arial or Calibri, </w:t>
      </w:r>
      <w:r w:rsidR="009323E4">
        <w:t xml:space="preserve">font size: </w:t>
      </w:r>
      <w:r>
        <w:t xml:space="preserve">10.5-11 point for narrative text. Tables may use 9 </w:t>
      </w:r>
      <w:proofErr w:type="gramStart"/>
      <w:r>
        <w:t>point</w:t>
      </w:r>
      <w:proofErr w:type="gramEnd"/>
      <w:r>
        <w:t xml:space="preserve"> where necessary, but text must remain readable.</w:t>
      </w:r>
    </w:p>
    <w:p w14:paraId="160F5746" w14:textId="4B737B3C" w:rsidR="00961333" w:rsidRDefault="00C85E30">
      <w:pPr>
        <w:pStyle w:val="ListBullet"/>
        <w:ind w:left="340"/>
      </w:pPr>
      <w:r>
        <w:t xml:space="preserve">Use single or </w:t>
      </w:r>
      <w:r w:rsidR="004659ED">
        <w:t>1.15-line</w:t>
      </w:r>
      <w:r>
        <w:t xml:space="preserve"> spacing and normal page margins. Do not reduce margins, font size or spacing to exceed a stated limit.</w:t>
      </w:r>
    </w:p>
    <w:p w14:paraId="6593E800" w14:textId="77777777" w:rsidR="00961333" w:rsidRDefault="00C85E30">
      <w:pPr>
        <w:pStyle w:val="ListBullet"/>
        <w:ind w:left="340"/>
      </w:pPr>
      <w:r>
        <w:t>Do not change section numbering, delete questions, or add new columns to required tables. You may add rows where the template expressly allows it.</w:t>
      </w:r>
    </w:p>
    <w:p w14:paraId="76384474" w14:textId="21F085B4" w:rsidR="00961333" w:rsidRDefault="00C85E30">
      <w:pPr>
        <w:pStyle w:val="ListBullet"/>
        <w:ind w:left="340"/>
      </w:pPr>
      <w:r>
        <w:t>Respect all page</w:t>
      </w:r>
      <w:r w:rsidR="004659ED">
        <w:t>s</w:t>
      </w:r>
      <w:r>
        <w:t xml:space="preserve">, </w:t>
      </w:r>
      <w:r w:rsidR="00106A82">
        <w:t>word</w:t>
      </w:r>
      <w:r w:rsidR="004659ED">
        <w:t>s</w:t>
      </w:r>
      <w:r>
        <w:t xml:space="preserve"> and item limits. Text beyond a stated limit may not be considered in the assessment.</w:t>
      </w:r>
    </w:p>
    <w:p w14:paraId="67A70B07" w14:textId="77777777" w:rsidR="00961333" w:rsidRDefault="00C85E30">
      <w:pPr>
        <w:pStyle w:val="ListBullet"/>
        <w:ind w:left="340"/>
      </w:pPr>
      <w:r>
        <w:t>Do not embed photographs, scanned brochures, certificates, financial statements or other supporting evidence inside the application unless specifically requested. Submit supporting evidence as separate attachments.</w:t>
      </w:r>
    </w:p>
    <w:p w14:paraId="6BA39A7A" w14:textId="77777777" w:rsidR="00961333" w:rsidRDefault="00C85E30">
      <w:pPr>
        <w:pStyle w:val="ListBullet"/>
        <w:ind w:left="340"/>
      </w:pPr>
      <w:r>
        <w:t>Use concise, evidence-based responses. Where possible, reference a supporting document using the evidence index in Section 15 (for example: E09 - 2025 Climate Adaptation Project Completion Report).</w:t>
      </w:r>
    </w:p>
    <w:p w14:paraId="7E6A1CB3" w14:textId="77777777" w:rsidR="00961333" w:rsidRDefault="00C85E30">
      <w:pPr>
        <w:pStyle w:val="ListBullet"/>
        <w:ind w:left="340"/>
      </w:pPr>
      <w:r>
        <w:t>Confidential information may be appropriately redacted. Do not submit staff identity documents, beneficiary personal data, bank balances or unnecessary sensitive personal information at EOI stage.</w:t>
      </w:r>
    </w:p>
    <w:p w14:paraId="47DBEBE6" w14:textId="4CC5992F" w:rsidR="00961333" w:rsidRDefault="00C85E30">
      <w:pPr>
        <w:pStyle w:val="ListBullet"/>
        <w:ind w:left="340"/>
      </w:pPr>
      <w:r>
        <w:t>Complete the application in English</w:t>
      </w:r>
      <w:r w:rsidR="0027105D">
        <w:t>.</w:t>
      </w:r>
    </w:p>
    <w:p w14:paraId="5AF5AD8C" w14:textId="77777777" w:rsidR="00961333" w:rsidRPr="00106A82" w:rsidRDefault="00C85E30">
      <w:pPr>
        <w:pStyle w:val="Heading1"/>
        <w:rPr>
          <w:color w:val="F79646" w:themeColor="accent6"/>
        </w:rPr>
      </w:pPr>
      <w:r w:rsidRPr="00106A82">
        <w:rPr>
          <w:rFonts w:ascii="Arial" w:hAnsi="Arial"/>
          <w:color w:val="F79646" w:themeColor="accent6"/>
        </w:rPr>
        <w:t>C. Submission Package and File Naming</w:t>
      </w:r>
    </w:p>
    <w:p w14:paraId="1E0FA948" w14:textId="77777777" w:rsidR="00961333" w:rsidRDefault="00C85E30" w:rsidP="00106A82">
      <w:pPr>
        <w:jc w:val="both"/>
      </w:pPr>
      <w:r>
        <w:t>The application package should normally contain one completed Annex 1 plus the requested supporting documents. Use clear filenames and the applicant organization name or acronym.</w:t>
      </w:r>
    </w:p>
    <w:tbl>
      <w:tblPr>
        <w:tblStyle w:val="GridTable4-Accent6"/>
        <w:tblW w:w="0" w:type="auto"/>
        <w:tblLook w:val="04A0" w:firstRow="1" w:lastRow="0" w:firstColumn="1" w:lastColumn="0" w:noHBand="0" w:noVBand="1"/>
      </w:tblPr>
      <w:tblGrid>
        <w:gridCol w:w="2914"/>
        <w:gridCol w:w="2838"/>
        <w:gridCol w:w="4438"/>
      </w:tblGrid>
      <w:tr w:rsidR="00961333" w14:paraId="4AD28010" w14:textId="77777777" w:rsidTr="00106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59DDE554" w14:textId="77777777" w:rsidR="00961333" w:rsidRDefault="00C85E30">
            <w:pPr>
              <w:spacing w:before="40" w:after="60" w:line="240" w:lineRule="auto"/>
            </w:pPr>
            <w:r>
              <w:rPr>
                <w:color w:val="FFFFFF"/>
                <w:sz w:val="18"/>
              </w:rPr>
              <w:t>File</w:t>
            </w:r>
          </w:p>
        </w:tc>
        <w:tc>
          <w:tcPr>
            <w:tcW w:w="3400" w:type="dxa"/>
          </w:tcPr>
          <w:p w14:paraId="30B3ADDE"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Required format</w:t>
            </w:r>
          </w:p>
        </w:tc>
        <w:tc>
          <w:tcPr>
            <w:tcW w:w="3400" w:type="dxa"/>
          </w:tcPr>
          <w:p w14:paraId="7821FC21"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Recommended filename</w:t>
            </w:r>
          </w:p>
        </w:tc>
      </w:tr>
      <w:tr w:rsidR="00961333" w14:paraId="034813EE" w14:textId="77777777" w:rsidTr="00106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0887CC3E" w14:textId="77777777" w:rsidR="00961333" w:rsidRPr="00106A82" w:rsidRDefault="00C85E30">
            <w:pPr>
              <w:spacing w:before="40" w:after="60" w:line="240" w:lineRule="auto"/>
              <w:rPr>
                <w:b w:val="0"/>
                <w:bCs w:val="0"/>
              </w:rPr>
            </w:pPr>
            <w:r w:rsidRPr="00106A82">
              <w:rPr>
                <w:b w:val="0"/>
                <w:bCs w:val="0"/>
                <w:sz w:val="18"/>
              </w:rPr>
              <w:t>Completed Annex 1</w:t>
            </w:r>
          </w:p>
        </w:tc>
        <w:tc>
          <w:tcPr>
            <w:tcW w:w="3400" w:type="dxa"/>
          </w:tcPr>
          <w:p w14:paraId="5CB3259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Signed PDF</w:t>
            </w:r>
          </w:p>
        </w:tc>
        <w:tc>
          <w:tcPr>
            <w:tcW w:w="3400" w:type="dxa"/>
          </w:tcPr>
          <w:p w14:paraId="5FB6CFA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01_[OrgAcronym]_CARE_Iraq_EOI_Annex1.pdf</w:t>
            </w:r>
          </w:p>
        </w:tc>
      </w:tr>
      <w:tr w:rsidR="00961333" w14:paraId="4976425B" w14:textId="77777777" w:rsidTr="00106A82">
        <w:tc>
          <w:tcPr>
            <w:cnfStyle w:val="001000000000" w:firstRow="0" w:lastRow="0" w:firstColumn="1" w:lastColumn="0" w:oddVBand="0" w:evenVBand="0" w:oddHBand="0" w:evenHBand="0" w:firstRowFirstColumn="0" w:firstRowLastColumn="0" w:lastRowFirstColumn="0" w:lastRowLastColumn="0"/>
            <w:tcW w:w="3400" w:type="dxa"/>
          </w:tcPr>
          <w:p w14:paraId="7F314D07" w14:textId="77777777" w:rsidR="00961333" w:rsidRPr="00106A82" w:rsidRDefault="00C85E30">
            <w:pPr>
              <w:spacing w:before="40" w:after="60" w:line="240" w:lineRule="auto"/>
              <w:rPr>
                <w:b w:val="0"/>
                <w:bCs w:val="0"/>
              </w:rPr>
            </w:pPr>
            <w:r w:rsidRPr="00106A82">
              <w:rPr>
                <w:b w:val="0"/>
                <w:bCs w:val="0"/>
                <w:sz w:val="18"/>
              </w:rPr>
              <w:t>Registration / authorization</w:t>
            </w:r>
          </w:p>
        </w:tc>
        <w:tc>
          <w:tcPr>
            <w:tcW w:w="3400" w:type="dxa"/>
          </w:tcPr>
          <w:p w14:paraId="2164EEE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PDF</w:t>
            </w:r>
          </w:p>
        </w:tc>
        <w:tc>
          <w:tcPr>
            <w:tcW w:w="3400" w:type="dxa"/>
          </w:tcPr>
          <w:p w14:paraId="382DA09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02_[OrgAcronym]_Registration.pdf</w:t>
            </w:r>
          </w:p>
        </w:tc>
      </w:tr>
      <w:tr w:rsidR="00961333" w14:paraId="2AE657F9" w14:textId="77777777" w:rsidTr="00106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58DC68CF" w14:textId="77777777" w:rsidR="00961333" w:rsidRPr="00106A82" w:rsidRDefault="00C85E30">
            <w:pPr>
              <w:spacing w:before="40" w:after="60" w:line="240" w:lineRule="auto"/>
              <w:rPr>
                <w:b w:val="0"/>
                <w:bCs w:val="0"/>
              </w:rPr>
            </w:pPr>
            <w:r w:rsidRPr="00106A82">
              <w:rPr>
                <w:b w:val="0"/>
                <w:bCs w:val="0"/>
                <w:sz w:val="18"/>
              </w:rPr>
              <w:t>Organizational profile</w:t>
            </w:r>
          </w:p>
        </w:tc>
        <w:tc>
          <w:tcPr>
            <w:tcW w:w="3400" w:type="dxa"/>
          </w:tcPr>
          <w:p w14:paraId="1AADBF8B"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PDF</w:t>
            </w:r>
          </w:p>
        </w:tc>
        <w:tc>
          <w:tcPr>
            <w:tcW w:w="3400" w:type="dxa"/>
          </w:tcPr>
          <w:p w14:paraId="1699F20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03_[OrgAcronym]_Org_Profile.pdf</w:t>
            </w:r>
          </w:p>
        </w:tc>
      </w:tr>
      <w:tr w:rsidR="00961333" w14:paraId="5633EABB" w14:textId="77777777" w:rsidTr="00106A82">
        <w:tc>
          <w:tcPr>
            <w:cnfStyle w:val="001000000000" w:firstRow="0" w:lastRow="0" w:firstColumn="1" w:lastColumn="0" w:oddVBand="0" w:evenVBand="0" w:oddHBand="0" w:evenHBand="0" w:firstRowFirstColumn="0" w:firstRowLastColumn="0" w:lastRowFirstColumn="0" w:lastRowLastColumn="0"/>
            <w:tcW w:w="3400" w:type="dxa"/>
          </w:tcPr>
          <w:p w14:paraId="61C9C119" w14:textId="77777777" w:rsidR="00961333" w:rsidRPr="00106A82" w:rsidRDefault="00C85E30">
            <w:pPr>
              <w:spacing w:before="40" w:after="60" w:line="240" w:lineRule="auto"/>
              <w:rPr>
                <w:b w:val="0"/>
                <w:bCs w:val="0"/>
              </w:rPr>
            </w:pPr>
            <w:r w:rsidRPr="00106A82">
              <w:rPr>
                <w:b w:val="0"/>
                <w:bCs w:val="0"/>
                <w:sz w:val="18"/>
              </w:rPr>
              <w:t>Organogram</w:t>
            </w:r>
          </w:p>
        </w:tc>
        <w:tc>
          <w:tcPr>
            <w:tcW w:w="3400" w:type="dxa"/>
          </w:tcPr>
          <w:p w14:paraId="1401CD87"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PDF</w:t>
            </w:r>
          </w:p>
        </w:tc>
        <w:tc>
          <w:tcPr>
            <w:tcW w:w="3400" w:type="dxa"/>
          </w:tcPr>
          <w:p w14:paraId="243667A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04_[OrgAcronym]_Organogram.pdf</w:t>
            </w:r>
          </w:p>
        </w:tc>
      </w:tr>
      <w:tr w:rsidR="00961333" w14:paraId="09F1FCF3" w14:textId="77777777" w:rsidTr="00106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20C0D915" w14:textId="77777777" w:rsidR="00961333" w:rsidRPr="00106A82" w:rsidRDefault="00C85E30">
            <w:pPr>
              <w:spacing w:before="40" w:after="60" w:line="240" w:lineRule="auto"/>
              <w:rPr>
                <w:b w:val="0"/>
                <w:bCs w:val="0"/>
              </w:rPr>
            </w:pPr>
            <w:r w:rsidRPr="00106A82">
              <w:rPr>
                <w:b w:val="0"/>
                <w:bCs w:val="0"/>
                <w:sz w:val="18"/>
              </w:rPr>
              <w:t>Organizational bank-account evidence</w:t>
            </w:r>
          </w:p>
        </w:tc>
        <w:tc>
          <w:tcPr>
            <w:tcW w:w="3400" w:type="dxa"/>
          </w:tcPr>
          <w:p w14:paraId="2154C99B"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Redacted PDF</w:t>
            </w:r>
          </w:p>
        </w:tc>
        <w:tc>
          <w:tcPr>
            <w:tcW w:w="3400" w:type="dxa"/>
          </w:tcPr>
          <w:p w14:paraId="4CC7040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05_[OrgAcronym]_Bank_Evidence.pdf</w:t>
            </w:r>
          </w:p>
        </w:tc>
      </w:tr>
      <w:tr w:rsidR="00961333" w14:paraId="25547192" w14:textId="77777777" w:rsidTr="00106A82">
        <w:tc>
          <w:tcPr>
            <w:cnfStyle w:val="001000000000" w:firstRow="0" w:lastRow="0" w:firstColumn="1" w:lastColumn="0" w:oddVBand="0" w:evenVBand="0" w:oddHBand="0" w:evenHBand="0" w:firstRowFirstColumn="0" w:firstRowLastColumn="0" w:lastRowFirstColumn="0" w:lastRowLastColumn="0"/>
            <w:tcW w:w="3400" w:type="dxa"/>
          </w:tcPr>
          <w:p w14:paraId="2381B48B" w14:textId="77777777" w:rsidR="00961333" w:rsidRPr="00106A82" w:rsidRDefault="00C85E30">
            <w:pPr>
              <w:spacing w:before="40" w:after="60" w:line="240" w:lineRule="auto"/>
              <w:rPr>
                <w:b w:val="0"/>
                <w:bCs w:val="0"/>
              </w:rPr>
            </w:pPr>
            <w:r w:rsidRPr="00106A82">
              <w:rPr>
                <w:b w:val="0"/>
                <w:bCs w:val="0"/>
                <w:sz w:val="18"/>
              </w:rPr>
              <w:t>Code of Conduct</w:t>
            </w:r>
          </w:p>
        </w:tc>
        <w:tc>
          <w:tcPr>
            <w:tcW w:w="3400" w:type="dxa"/>
          </w:tcPr>
          <w:p w14:paraId="41F8102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PDF, if available</w:t>
            </w:r>
          </w:p>
        </w:tc>
        <w:tc>
          <w:tcPr>
            <w:tcW w:w="3400" w:type="dxa"/>
          </w:tcPr>
          <w:p w14:paraId="6490E2A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06_[OrgAcronym]_Code_of_Conduct.pdf</w:t>
            </w:r>
          </w:p>
        </w:tc>
      </w:tr>
      <w:tr w:rsidR="00961333" w14:paraId="4946EE2A" w14:textId="77777777" w:rsidTr="00106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3395B167" w14:textId="54820E4C" w:rsidR="00961333" w:rsidRPr="00106A82" w:rsidRDefault="00C85E30">
            <w:pPr>
              <w:spacing w:before="40" w:after="60" w:line="240" w:lineRule="auto"/>
              <w:rPr>
                <w:b w:val="0"/>
                <w:bCs w:val="0"/>
              </w:rPr>
            </w:pPr>
            <w:r w:rsidRPr="00106A82">
              <w:rPr>
                <w:b w:val="0"/>
                <w:bCs w:val="0"/>
                <w:sz w:val="18"/>
              </w:rPr>
              <w:t>Safeguarding / PSEA guidance</w:t>
            </w:r>
            <w:r w:rsidR="00E70740" w:rsidRPr="00106A82">
              <w:rPr>
                <w:b w:val="0"/>
                <w:bCs w:val="0"/>
                <w:sz w:val="18"/>
              </w:rPr>
              <w:t xml:space="preserve"> or policy</w:t>
            </w:r>
          </w:p>
        </w:tc>
        <w:tc>
          <w:tcPr>
            <w:tcW w:w="3400" w:type="dxa"/>
          </w:tcPr>
          <w:p w14:paraId="10C37B36"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PDF, if available</w:t>
            </w:r>
          </w:p>
        </w:tc>
        <w:tc>
          <w:tcPr>
            <w:tcW w:w="3400" w:type="dxa"/>
          </w:tcPr>
          <w:p w14:paraId="365A8256"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07_[OrgAcronym]_Safeguarding_PSEA.pdf</w:t>
            </w:r>
          </w:p>
        </w:tc>
      </w:tr>
      <w:tr w:rsidR="00961333" w14:paraId="51095CEE" w14:textId="77777777" w:rsidTr="00106A82">
        <w:tc>
          <w:tcPr>
            <w:cnfStyle w:val="001000000000" w:firstRow="0" w:lastRow="0" w:firstColumn="1" w:lastColumn="0" w:oddVBand="0" w:evenVBand="0" w:oddHBand="0" w:evenHBand="0" w:firstRowFirstColumn="0" w:firstRowLastColumn="0" w:lastRowFirstColumn="0" w:lastRowLastColumn="0"/>
            <w:tcW w:w="3400" w:type="dxa"/>
          </w:tcPr>
          <w:p w14:paraId="412BA1B1" w14:textId="77777777" w:rsidR="00961333" w:rsidRPr="00106A82" w:rsidRDefault="00C85E30">
            <w:pPr>
              <w:spacing w:before="40" w:after="60" w:line="240" w:lineRule="auto"/>
              <w:rPr>
                <w:b w:val="0"/>
                <w:bCs w:val="0"/>
              </w:rPr>
            </w:pPr>
            <w:r w:rsidRPr="00106A82">
              <w:rPr>
                <w:b w:val="0"/>
                <w:bCs w:val="0"/>
                <w:sz w:val="18"/>
              </w:rPr>
              <w:lastRenderedPageBreak/>
              <w:t>Complaints / accountability guidance</w:t>
            </w:r>
          </w:p>
        </w:tc>
        <w:tc>
          <w:tcPr>
            <w:tcW w:w="3400" w:type="dxa"/>
          </w:tcPr>
          <w:p w14:paraId="41E6D460"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PDF, if available</w:t>
            </w:r>
          </w:p>
        </w:tc>
        <w:tc>
          <w:tcPr>
            <w:tcW w:w="3400" w:type="dxa"/>
          </w:tcPr>
          <w:p w14:paraId="4F6E2EE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08_[OrgAcronym]_AAP_Complaints.pdf</w:t>
            </w:r>
          </w:p>
        </w:tc>
      </w:tr>
      <w:tr w:rsidR="00961333" w14:paraId="0249CE6F" w14:textId="77777777" w:rsidTr="00106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6F3F0594" w14:textId="77777777" w:rsidR="00961333" w:rsidRPr="00106A82" w:rsidRDefault="00C85E30">
            <w:pPr>
              <w:spacing w:before="40" w:after="60" w:line="240" w:lineRule="auto"/>
              <w:rPr>
                <w:b w:val="0"/>
                <w:bCs w:val="0"/>
              </w:rPr>
            </w:pPr>
            <w:r w:rsidRPr="00106A82">
              <w:rPr>
                <w:b w:val="0"/>
                <w:bCs w:val="0"/>
                <w:sz w:val="18"/>
              </w:rPr>
              <w:t>Do No Harm / conflict-sensitivity guidance</w:t>
            </w:r>
          </w:p>
        </w:tc>
        <w:tc>
          <w:tcPr>
            <w:tcW w:w="3400" w:type="dxa"/>
          </w:tcPr>
          <w:p w14:paraId="5FC5E6E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PDF, if available</w:t>
            </w:r>
          </w:p>
        </w:tc>
        <w:tc>
          <w:tcPr>
            <w:tcW w:w="3400" w:type="dxa"/>
          </w:tcPr>
          <w:p w14:paraId="46388B6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09_[OrgAcronym]_DoNoHarm_ConflictSensitivity.pdf</w:t>
            </w:r>
          </w:p>
        </w:tc>
      </w:tr>
      <w:tr w:rsidR="00961333" w14:paraId="3B647AFE" w14:textId="77777777" w:rsidTr="00106A82">
        <w:tc>
          <w:tcPr>
            <w:cnfStyle w:val="001000000000" w:firstRow="0" w:lastRow="0" w:firstColumn="1" w:lastColumn="0" w:oddVBand="0" w:evenVBand="0" w:oddHBand="0" w:evenHBand="0" w:firstRowFirstColumn="0" w:firstRowLastColumn="0" w:lastRowFirstColumn="0" w:lastRowLastColumn="0"/>
            <w:tcW w:w="3400" w:type="dxa"/>
          </w:tcPr>
          <w:p w14:paraId="64813923" w14:textId="77777777" w:rsidR="00961333" w:rsidRPr="00106A82" w:rsidRDefault="00C85E30">
            <w:pPr>
              <w:spacing w:before="40" w:after="60" w:line="240" w:lineRule="auto"/>
              <w:rPr>
                <w:b w:val="0"/>
                <w:bCs w:val="0"/>
              </w:rPr>
            </w:pPr>
            <w:r w:rsidRPr="00106A82">
              <w:rPr>
                <w:b w:val="0"/>
                <w:bCs w:val="0"/>
                <w:sz w:val="18"/>
              </w:rPr>
              <w:t>Optional thematic evidence referenced in the form</w:t>
            </w:r>
          </w:p>
        </w:tc>
        <w:tc>
          <w:tcPr>
            <w:tcW w:w="3400" w:type="dxa"/>
          </w:tcPr>
          <w:p w14:paraId="4C79D220"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PDF or accessible file format</w:t>
            </w:r>
          </w:p>
        </w:tc>
        <w:tc>
          <w:tcPr>
            <w:tcW w:w="3400" w:type="dxa"/>
          </w:tcPr>
          <w:p w14:paraId="787F015E" w14:textId="284B8D62" w:rsidR="00961333" w:rsidRDefault="004659ED">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10_[</w:t>
            </w:r>
            <w:r w:rsidR="00C85E30">
              <w:rPr>
                <w:sz w:val="18"/>
              </w:rPr>
              <w:t>OrgAcronym]_[Short_Title].pdf</w:t>
            </w:r>
          </w:p>
        </w:tc>
      </w:tr>
    </w:tbl>
    <w:p w14:paraId="18CF4841" w14:textId="77777777" w:rsidR="00961333" w:rsidRDefault="00C85E30" w:rsidP="009323E4">
      <w:pPr>
        <w:jc w:val="both"/>
      </w:pPr>
      <w:r>
        <w:t>Submit by email to the address stated in the Call for Partnership. Use the subject: “</w:t>
      </w:r>
      <w:r w:rsidRPr="009323E4">
        <w:rPr>
          <w:b/>
          <w:bCs/>
        </w:rPr>
        <w:t>CARE Iraq Partner Roster EOI 2027-2030 - [Organization Name]</w:t>
      </w:r>
      <w:r>
        <w:t>”. If attachment size prevents email submission, contact CARE Iraq before the deadline for an approved alternative transfer method.</w:t>
      </w:r>
    </w:p>
    <w:p w14:paraId="6313A141" w14:textId="77777777" w:rsidR="00961333" w:rsidRDefault="00C85E30">
      <w:pPr>
        <w:pStyle w:val="Heading1"/>
      </w:pPr>
      <w:r w:rsidRPr="009323E4">
        <w:rPr>
          <w:rFonts w:ascii="Arial" w:hAnsi="Arial"/>
          <w:color w:val="F79646" w:themeColor="accent6"/>
        </w:rPr>
        <w:t xml:space="preserve">D. Application Limits </w:t>
      </w:r>
      <w:proofErr w:type="gramStart"/>
      <w:r w:rsidRPr="009323E4">
        <w:rPr>
          <w:rFonts w:ascii="Arial" w:hAnsi="Arial"/>
          <w:color w:val="F79646" w:themeColor="accent6"/>
        </w:rPr>
        <w:t>at a Glance</w:t>
      </w:r>
      <w:proofErr w:type="gramEnd"/>
    </w:p>
    <w:tbl>
      <w:tblPr>
        <w:tblStyle w:val="GridTable4-Accent6"/>
        <w:tblW w:w="0" w:type="auto"/>
        <w:tblLook w:val="04A0" w:firstRow="1" w:lastRow="0" w:firstColumn="1" w:lastColumn="0" w:noHBand="0" w:noVBand="1"/>
      </w:tblPr>
      <w:tblGrid>
        <w:gridCol w:w="3398"/>
        <w:gridCol w:w="3396"/>
        <w:gridCol w:w="3396"/>
      </w:tblGrid>
      <w:tr w:rsidR="00961333" w14:paraId="0EC855B4"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031E2AEF" w14:textId="77777777" w:rsidR="00961333" w:rsidRDefault="00C85E30">
            <w:pPr>
              <w:spacing w:before="40" w:after="60" w:line="240" w:lineRule="auto"/>
            </w:pPr>
            <w:r>
              <w:rPr>
                <w:color w:val="FFFFFF"/>
                <w:sz w:val="18"/>
              </w:rPr>
              <w:t>Application component</w:t>
            </w:r>
          </w:p>
        </w:tc>
        <w:tc>
          <w:tcPr>
            <w:tcW w:w="3400" w:type="dxa"/>
          </w:tcPr>
          <w:p w14:paraId="3761D104"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Limit</w:t>
            </w:r>
          </w:p>
        </w:tc>
        <w:tc>
          <w:tcPr>
            <w:tcW w:w="3400" w:type="dxa"/>
          </w:tcPr>
          <w:p w14:paraId="3E9C5727"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Important instruction</w:t>
            </w:r>
          </w:p>
        </w:tc>
      </w:tr>
      <w:tr w:rsidR="00961333" w14:paraId="1AF89223"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368C8866" w14:textId="77777777" w:rsidR="00961333" w:rsidRPr="009323E4" w:rsidRDefault="00C85E30">
            <w:pPr>
              <w:spacing w:before="40" w:after="60" w:line="240" w:lineRule="auto"/>
              <w:rPr>
                <w:b w:val="0"/>
                <w:bCs w:val="0"/>
              </w:rPr>
            </w:pPr>
            <w:r w:rsidRPr="004659ED">
              <w:rPr>
                <w:sz w:val="18"/>
              </w:rPr>
              <w:t>EOI Letter</w:t>
            </w:r>
          </w:p>
        </w:tc>
        <w:tc>
          <w:tcPr>
            <w:tcW w:w="3400" w:type="dxa"/>
          </w:tcPr>
          <w:p w14:paraId="485978C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Maximum 2 pages</w:t>
            </w:r>
          </w:p>
        </w:tc>
        <w:tc>
          <w:tcPr>
            <w:tcW w:w="3400" w:type="dxa"/>
          </w:tcPr>
          <w:p w14:paraId="2B7AA429"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Use the template in Section 3; do not attach an additional cover letter.</w:t>
            </w:r>
          </w:p>
        </w:tc>
      </w:tr>
      <w:tr w:rsidR="00961333" w14:paraId="48C7033B"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4D0B0901" w14:textId="757BA13F" w:rsidR="00961333" w:rsidRPr="009323E4" w:rsidRDefault="00C85E30">
            <w:pPr>
              <w:spacing w:before="40" w:after="60" w:line="240" w:lineRule="auto"/>
              <w:rPr>
                <w:b w:val="0"/>
                <w:bCs w:val="0"/>
              </w:rPr>
            </w:pPr>
            <w:r w:rsidRPr="004659ED">
              <w:rPr>
                <w:sz w:val="18"/>
              </w:rPr>
              <w:t>Organization overview/ comparative advantage</w:t>
            </w:r>
          </w:p>
        </w:tc>
        <w:tc>
          <w:tcPr>
            <w:tcW w:w="3400" w:type="dxa"/>
          </w:tcPr>
          <w:p w14:paraId="3B653F5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Maximum 500 words total</w:t>
            </w:r>
          </w:p>
        </w:tc>
        <w:tc>
          <w:tcPr>
            <w:tcW w:w="3400" w:type="dxa"/>
          </w:tcPr>
          <w:p w14:paraId="363C77A7"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Section 2 narrative fields.</w:t>
            </w:r>
          </w:p>
        </w:tc>
      </w:tr>
      <w:tr w:rsidR="00961333" w14:paraId="24A27E47"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15D3C5CE" w14:textId="77777777" w:rsidR="00961333" w:rsidRPr="009323E4" w:rsidRDefault="00C85E30">
            <w:pPr>
              <w:spacing w:before="40" w:after="60" w:line="240" w:lineRule="auto"/>
              <w:rPr>
                <w:b w:val="0"/>
                <w:bCs w:val="0"/>
              </w:rPr>
            </w:pPr>
            <w:r w:rsidRPr="004659ED">
              <w:rPr>
                <w:sz w:val="18"/>
              </w:rPr>
              <w:t>Geographic presence and access</w:t>
            </w:r>
          </w:p>
        </w:tc>
        <w:tc>
          <w:tcPr>
            <w:tcW w:w="3400" w:type="dxa"/>
          </w:tcPr>
          <w:p w14:paraId="78581B5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Table + maximum 300 words</w:t>
            </w:r>
          </w:p>
        </w:tc>
        <w:tc>
          <w:tcPr>
            <w:tcW w:w="3400" w:type="dxa"/>
          </w:tcPr>
          <w:p w14:paraId="671ED37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Section 4.</w:t>
            </w:r>
          </w:p>
        </w:tc>
      </w:tr>
      <w:tr w:rsidR="00961333" w14:paraId="2B17EAB0"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08D336AC" w14:textId="77777777" w:rsidR="00961333" w:rsidRPr="009323E4" w:rsidRDefault="00C85E30">
            <w:pPr>
              <w:spacing w:before="40" w:after="60" w:line="240" w:lineRule="auto"/>
              <w:rPr>
                <w:b w:val="0"/>
                <w:bCs w:val="0"/>
              </w:rPr>
            </w:pPr>
            <w:r w:rsidRPr="004659ED">
              <w:rPr>
                <w:sz w:val="18"/>
              </w:rPr>
              <w:t>Thematic experience</w:t>
            </w:r>
          </w:p>
        </w:tc>
        <w:tc>
          <w:tcPr>
            <w:tcW w:w="3400" w:type="dxa"/>
          </w:tcPr>
          <w:p w14:paraId="29E525E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Select all relevant areas; detailed narrative for maximum 3 priority thematic areas, up to 300 words each</w:t>
            </w:r>
          </w:p>
        </w:tc>
        <w:tc>
          <w:tcPr>
            <w:tcW w:w="3400" w:type="dxa"/>
          </w:tcPr>
          <w:p w14:paraId="56EBB1F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Section 5. Climate Resilience and Adaptation is a distinct sector.</w:t>
            </w:r>
          </w:p>
        </w:tc>
      </w:tr>
      <w:tr w:rsidR="00961333" w14:paraId="4E8BDBFF"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4F93291E" w14:textId="77777777" w:rsidR="00961333" w:rsidRPr="009323E4" w:rsidRDefault="00C85E30">
            <w:pPr>
              <w:spacing w:before="40" w:after="60" w:line="240" w:lineRule="auto"/>
              <w:rPr>
                <w:b w:val="0"/>
                <w:bCs w:val="0"/>
              </w:rPr>
            </w:pPr>
            <w:r w:rsidRPr="004659ED">
              <w:rPr>
                <w:sz w:val="18"/>
              </w:rPr>
              <w:t>Relevant project experience</w:t>
            </w:r>
          </w:p>
        </w:tc>
        <w:tc>
          <w:tcPr>
            <w:tcW w:w="3400" w:type="dxa"/>
          </w:tcPr>
          <w:p w14:paraId="5B9D532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Maximum 10 most relevant projects</w:t>
            </w:r>
          </w:p>
        </w:tc>
        <w:tc>
          <w:tcPr>
            <w:tcW w:w="3400" w:type="dxa"/>
          </w:tcPr>
          <w:p w14:paraId="3D8C685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Section 6; prioritize the last five years where available.</w:t>
            </w:r>
          </w:p>
        </w:tc>
      </w:tr>
      <w:tr w:rsidR="00961333" w14:paraId="10B74BE1"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6683B248" w14:textId="5D662BC1" w:rsidR="00961333" w:rsidRPr="009323E4" w:rsidRDefault="00C85E30">
            <w:pPr>
              <w:spacing w:before="40" w:after="60" w:line="240" w:lineRule="auto"/>
              <w:rPr>
                <w:b w:val="0"/>
                <w:bCs w:val="0"/>
              </w:rPr>
            </w:pPr>
            <w:r w:rsidRPr="004659ED">
              <w:rPr>
                <w:sz w:val="18"/>
              </w:rPr>
              <w:t>Organizational/</w:t>
            </w:r>
            <w:r w:rsidR="004659ED">
              <w:rPr>
                <w:b w:val="0"/>
                <w:bCs w:val="0"/>
                <w:sz w:val="18"/>
              </w:rPr>
              <w:t xml:space="preserve"> </w:t>
            </w:r>
            <w:r w:rsidRPr="004659ED">
              <w:rPr>
                <w:sz w:val="18"/>
              </w:rPr>
              <w:t>project management capacity</w:t>
            </w:r>
          </w:p>
        </w:tc>
        <w:tc>
          <w:tcPr>
            <w:tcW w:w="3400" w:type="dxa"/>
          </w:tcPr>
          <w:p w14:paraId="655B5C8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Maximum 400 words excluding tables</w:t>
            </w:r>
          </w:p>
        </w:tc>
        <w:tc>
          <w:tcPr>
            <w:tcW w:w="3400" w:type="dxa"/>
          </w:tcPr>
          <w:p w14:paraId="7CF9A837"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Section 8.</w:t>
            </w:r>
          </w:p>
        </w:tc>
      </w:tr>
      <w:tr w:rsidR="00961333" w14:paraId="439DC451"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62E6C0FE" w14:textId="6603671B" w:rsidR="00961333" w:rsidRPr="009323E4" w:rsidRDefault="3E4F77F7">
            <w:pPr>
              <w:spacing w:before="40" w:after="60" w:line="240" w:lineRule="auto"/>
              <w:rPr>
                <w:b w:val="0"/>
                <w:bCs w:val="0"/>
              </w:rPr>
            </w:pPr>
            <w:r w:rsidRPr="0594FCE9">
              <w:rPr>
                <w:b w:val="0"/>
                <w:bCs w:val="0"/>
                <w:sz w:val="18"/>
                <w:szCs w:val="18"/>
              </w:rPr>
              <w:t>Women and Girls Equality</w:t>
            </w:r>
            <w:r w:rsidR="00C85E30" w:rsidRPr="0594FCE9">
              <w:rPr>
                <w:sz w:val="18"/>
                <w:szCs w:val="18"/>
              </w:rPr>
              <w:t>, safeguarding, inclusion and accountability</w:t>
            </w:r>
          </w:p>
        </w:tc>
        <w:tc>
          <w:tcPr>
            <w:tcW w:w="3400" w:type="dxa"/>
          </w:tcPr>
          <w:p w14:paraId="4986AA56"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Maximum 400 words for Section 9.1, excluding the preceding table</w:t>
            </w:r>
          </w:p>
        </w:tc>
        <w:tc>
          <w:tcPr>
            <w:tcW w:w="3400" w:type="dxa"/>
          </w:tcPr>
          <w:p w14:paraId="4E418BD2"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Section 9.</w:t>
            </w:r>
          </w:p>
        </w:tc>
      </w:tr>
      <w:tr w:rsidR="00961333" w14:paraId="3280759E"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168126C7" w14:textId="5F16914F" w:rsidR="00961333" w:rsidRPr="009323E4" w:rsidRDefault="00C85E30">
            <w:pPr>
              <w:spacing w:before="40" w:after="60" w:line="240" w:lineRule="auto"/>
              <w:rPr>
                <w:b w:val="0"/>
                <w:bCs w:val="0"/>
              </w:rPr>
            </w:pPr>
            <w:r w:rsidRPr="004659ED">
              <w:rPr>
                <w:sz w:val="18"/>
              </w:rPr>
              <w:t>Partnership/</w:t>
            </w:r>
            <w:r w:rsidR="004659ED">
              <w:rPr>
                <w:b w:val="0"/>
                <w:bCs w:val="0"/>
                <w:sz w:val="18"/>
              </w:rPr>
              <w:t xml:space="preserve"> </w:t>
            </w:r>
            <w:r w:rsidRPr="004659ED">
              <w:rPr>
                <w:sz w:val="18"/>
              </w:rPr>
              <w:t>localization approach</w:t>
            </w:r>
          </w:p>
        </w:tc>
        <w:tc>
          <w:tcPr>
            <w:tcW w:w="3400" w:type="dxa"/>
          </w:tcPr>
          <w:p w14:paraId="73B9617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Maximum 300 words</w:t>
            </w:r>
          </w:p>
        </w:tc>
        <w:tc>
          <w:tcPr>
            <w:tcW w:w="3400" w:type="dxa"/>
          </w:tcPr>
          <w:p w14:paraId="29DD869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Section 10.</w:t>
            </w:r>
          </w:p>
        </w:tc>
      </w:tr>
      <w:tr w:rsidR="00961333" w14:paraId="10CB7A1F"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052CFB6E" w14:textId="77777777" w:rsidR="00961333" w:rsidRPr="009323E4" w:rsidRDefault="00C85E30">
            <w:pPr>
              <w:spacing w:before="40" w:after="60" w:line="240" w:lineRule="auto"/>
              <w:rPr>
                <w:b w:val="0"/>
                <w:bCs w:val="0"/>
              </w:rPr>
            </w:pPr>
            <w:r w:rsidRPr="004659ED">
              <w:rPr>
                <w:sz w:val="18"/>
              </w:rPr>
              <w:t>MEAL/learning/adaptation</w:t>
            </w:r>
          </w:p>
        </w:tc>
        <w:tc>
          <w:tcPr>
            <w:tcW w:w="3400" w:type="dxa"/>
          </w:tcPr>
          <w:p w14:paraId="29B653F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Maximum 250 words</w:t>
            </w:r>
          </w:p>
        </w:tc>
        <w:tc>
          <w:tcPr>
            <w:tcW w:w="3400" w:type="dxa"/>
          </w:tcPr>
          <w:p w14:paraId="52BF5277"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Section 11.</w:t>
            </w:r>
          </w:p>
        </w:tc>
      </w:tr>
      <w:tr w:rsidR="00961333" w14:paraId="6C342BB5"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6918B766" w14:textId="6A2B3D60" w:rsidR="00961333" w:rsidRPr="009323E4" w:rsidRDefault="00C85E30">
            <w:pPr>
              <w:spacing w:before="40" w:after="60" w:line="240" w:lineRule="auto"/>
              <w:rPr>
                <w:b w:val="0"/>
                <w:bCs w:val="0"/>
              </w:rPr>
            </w:pPr>
            <w:r w:rsidRPr="004659ED">
              <w:rPr>
                <w:sz w:val="18"/>
              </w:rPr>
              <w:t xml:space="preserve">Do No Harm/ </w:t>
            </w:r>
            <w:r w:rsidR="004659ED" w:rsidRPr="004659ED">
              <w:rPr>
                <w:b w:val="0"/>
                <w:bCs w:val="0"/>
                <w:sz w:val="18"/>
              </w:rPr>
              <w:t>Principles</w:t>
            </w:r>
            <w:r w:rsidRPr="004659ED">
              <w:rPr>
                <w:sz w:val="18"/>
              </w:rPr>
              <w:t xml:space="preserve"> responses</w:t>
            </w:r>
          </w:p>
        </w:tc>
        <w:tc>
          <w:tcPr>
            <w:tcW w:w="3400" w:type="dxa"/>
          </w:tcPr>
          <w:p w14:paraId="7440B07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Maximum 150 words per narrative question</w:t>
            </w:r>
          </w:p>
        </w:tc>
        <w:tc>
          <w:tcPr>
            <w:tcW w:w="3400" w:type="dxa"/>
          </w:tcPr>
          <w:p w14:paraId="70BF0BC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Section 12.</w:t>
            </w:r>
          </w:p>
        </w:tc>
      </w:tr>
      <w:tr w:rsidR="00961333" w14:paraId="455412E5"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287DAB2D" w14:textId="77777777" w:rsidR="00961333" w:rsidRPr="009323E4" w:rsidRDefault="00C85E30">
            <w:pPr>
              <w:spacing w:before="40" w:after="60" w:line="240" w:lineRule="auto"/>
              <w:rPr>
                <w:b w:val="0"/>
                <w:bCs w:val="0"/>
              </w:rPr>
            </w:pPr>
            <w:r w:rsidRPr="004659ED">
              <w:rPr>
                <w:sz w:val="18"/>
              </w:rPr>
              <w:t>Integrity disclosure explanation</w:t>
            </w:r>
          </w:p>
        </w:tc>
        <w:tc>
          <w:tcPr>
            <w:tcW w:w="3400" w:type="dxa"/>
          </w:tcPr>
          <w:p w14:paraId="781CB0E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Maximum 250 words if a disclosure is required</w:t>
            </w:r>
          </w:p>
        </w:tc>
        <w:tc>
          <w:tcPr>
            <w:tcW w:w="3400" w:type="dxa"/>
          </w:tcPr>
          <w:p w14:paraId="7FBB08F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Section 13.</w:t>
            </w:r>
          </w:p>
        </w:tc>
      </w:tr>
      <w:tr w:rsidR="00961333" w14:paraId="5526DDF9"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4565BE52" w14:textId="77777777" w:rsidR="00961333" w:rsidRPr="009323E4" w:rsidRDefault="00C85E30">
            <w:pPr>
              <w:spacing w:before="40" w:after="60" w:line="240" w:lineRule="auto"/>
              <w:rPr>
                <w:b w:val="0"/>
                <w:bCs w:val="0"/>
              </w:rPr>
            </w:pPr>
            <w:r w:rsidRPr="004659ED">
              <w:rPr>
                <w:sz w:val="18"/>
              </w:rPr>
              <w:t>References</w:t>
            </w:r>
          </w:p>
        </w:tc>
        <w:tc>
          <w:tcPr>
            <w:tcW w:w="3400" w:type="dxa"/>
          </w:tcPr>
          <w:p w14:paraId="6B43358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Exactly 2 institutional references</w:t>
            </w:r>
          </w:p>
        </w:tc>
        <w:tc>
          <w:tcPr>
            <w:tcW w:w="3400" w:type="dxa"/>
          </w:tcPr>
          <w:p w14:paraId="0C69E29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Section 14.</w:t>
            </w:r>
          </w:p>
        </w:tc>
      </w:tr>
    </w:tbl>
    <w:p w14:paraId="4F1E83DB" w14:textId="77777777" w:rsidR="00961333" w:rsidRPr="009323E4" w:rsidRDefault="00C85E30">
      <w:pPr>
        <w:pStyle w:val="Heading1"/>
        <w:rPr>
          <w:color w:val="F79646" w:themeColor="accent6"/>
        </w:rPr>
      </w:pPr>
      <w:r w:rsidRPr="009323E4">
        <w:rPr>
          <w:rFonts w:ascii="Arial" w:hAnsi="Arial"/>
          <w:color w:val="F79646" w:themeColor="accent6"/>
        </w:rPr>
        <w:t>1. Application Identification</w:t>
      </w:r>
    </w:p>
    <w:tbl>
      <w:tblPr>
        <w:tblStyle w:val="GridTable4-Accent6"/>
        <w:tblW w:w="0" w:type="auto"/>
        <w:tblLook w:val="04A0" w:firstRow="1" w:lastRow="0" w:firstColumn="1" w:lastColumn="0" w:noHBand="0" w:noVBand="1"/>
      </w:tblPr>
      <w:tblGrid>
        <w:gridCol w:w="3399"/>
        <w:gridCol w:w="6236"/>
      </w:tblGrid>
      <w:tr w:rsidR="00961333" w14:paraId="1C5E18E6"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tcPr>
          <w:p w14:paraId="60B53FB3" w14:textId="77777777" w:rsidR="00961333" w:rsidRDefault="00C85E30">
            <w:pPr>
              <w:spacing w:before="40" w:after="60" w:line="240" w:lineRule="auto"/>
            </w:pPr>
            <w:r>
              <w:rPr>
                <w:color w:val="FFFFFF"/>
                <w:sz w:val="18"/>
              </w:rPr>
              <w:t>Field</w:t>
            </w:r>
          </w:p>
        </w:tc>
        <w:tc>
          <w:tcPr>
            <w:tcW w:w="6236" w:type="dxa"/>
          </w:tcPr>
          <w:p w14:paraId="24599962"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Applicant response / information</w:t>
            </w:r>
          </w:p>
        </w:tc>
      </w:tr>
      <w:tr w:rsidR="00961333" w14:paraId="5ADFECCD"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tcPr>
          <w:p w14:paraId="60EDF04B" w14:textId="77777777" w:rsidR="00961333" w:rsidRPr="009323E4" w:rsidRDefault="00C85E30">
            <w:pPr>
              <w:spacing w:before="40" w:after="60" w:line="240" w:lineRule="auto"/>
              <w:rPr>
                <w:b w:val="0"/>
                <w:bCs w:val="0"/>
              </w:rPr>
            </w:pPr>
            <w:r w:rsidRPr="004659ED">
              <w:rPr>
                <w:sz w:val="18"/>
              </w:rPr>
              <w:t>Legal name of organization</w:t>
            </w:r>
          </w:p>
        </w:tc>
        <w:tc>
          <w:tcPr>
            <w:tcW w:w="6236" w:type="dxa"/>
          </w:tcPr>
          <w:p w14:paraId="232844B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 xml:space="preserve">[Enter </w:t>
            </w:r>
            <w:proofErr w:type="gramStart"/>
            <w:r>
              <w:rPr>
                <w:sz w:val="18"/>
              </w:rPr>
              <w:t>legal</w:t>
            </w:r>
            <w:proofErr w:type="gramEnd"/>
            <w:r>
              <w:rPr>
                <w:sz w:val="18"/>
              </w:rPr>
              <w:t xml:space="preserve"> registered name]</w:t>
            </w:r>
          </w:p>
        </w:tc>
      </w:tr>
      <w:tr w:rsidR="00961333" w14:paraId="327545DA" w14:textId="77777777" w:rsidTr="009323E4">
        <w:tc>
          <w:tcPr>
            <w:cnfStyle w:val="001000000000" w:firstRow="0" w:lastRow="0" w:firstColumn="1" w:lastColumn="0" w:oddVBand="0" w:evenVBand="0" w:oddHBand="0" w:evenHBand="0" w:firstRowFirstColumn="0" w:firstRowLastColumn="0" w:lastRowFirstColumn="0" w:lastRowLastColumn="0"/>
            <w:tcW w:w="3399" w:type="dxa"/>
          </w:tcPr>
          <w:p w14:paraId="5B8C5EA5" w14:textId="77777777" w:rsidR="00961333" w:rsidRPr="009323E4" w:rsidRDefault="00C85E30">
            <w:pPr>
              <w:spacing w:before="40" w:after="60" w:line="240" w:lineRule="auto"/>
              <w:rPr>
                <w:b w:val="0"/>
                <w:bCs w:val="0"/>
              </w:rPr>
            </w:pPr>
            <w:r w:rsidRPr="004659ED">
              <w:rPr>
                <w:sz w:val="18"/>
              </w:rPr>
              <w:t>Acronym</w:t>
            </w:r>
          </w:p>
        </w:tc>
        <w:tc>
          <w:tcPr>
            <w:tcW w:w="6236" w:type="dxa"/>
          </w:tcPr>
          <w:p w14:paraId="3317C88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 acronym, if applicable]</w:t>
            </w:r>
          </w:p>
        </w:tc>
      </w:tr>
      <w:tr w:rsidR="00961333" w14:paraId="59382EAC"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tcPr>
          <w:p w14:paraId="58058F5D" w14:textId="7CC6DF50" w:rsidR="00961333" w:rsidRPr="009323E4" w:rsidRDefault="00C85E30">
            <w:pPr>
              <w:spacing w:before="40" w:after="60" w:line="240" w:lineRule="auto"/>
              <w:rPr>
                <w:b w:val="0"/>
                <w:bCs w:val="0"/>
              </w:rPr>
            </w:pPr>
            <w:r w:rsidRPr="004659ED">
              <w:rPr>
                <w:sz w:val="18"/>
              </w:rPr>
              <w:t>Registration number</w:t>
            </w:r>
            <w:r w:rsidR="006D3CB6" w:rsidRPr="004659ED">
              <w:rPr>
                <w:sz w:val="18"/>
              </w:rPr>
              <w:t>(s)</w:t>
            </w:r>
            <w:r w:rsidR="006D3CB6" w:rsidRPr="004659ED">
              <w:rPr>
                <w:rStyle w:val="FootnoteReference"/>
                <w:sz w:val="18"/>
              </w:rPr>
              <w:footnoteReference w:id="1"/>
            </w:r>
          </w:p>
        </w:tc>
        <w:tc>
          <w:tcPr>
            <w:tcW w:w="6236" w:type="dxa"/>
          </w:tcPr>
          <w:p w14:paraId="6859D47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r>
      <w:tr w:rsidR="00961333" w14:paraId="0C4734AB" w14:textId="77777777" w:rsidTr="009323E4">
        <w:tc>
          <w:tcPr>
            <w:cnfStyle w:val="001000000000" w:firstRow="0" w:lastRow="0" w:firstColumn="1" w:lastColumn="0" w:oddVBand="0" w:evenVBand="0" w:oddHBand="0" w:evenHBand="0" w:firstRowFirstColumn="0" w:firstRowLastColumn="0" w:lastRowFirstColumn="0" w:lastRowLastColumn="0"/>
            <w:tcW w:w="3399" w:type="dxa"/>
          </w:tcPr>
          <w:p w14:paraId="5B634FBA" w14:textId="1CC3C4F3" w:rsidR="00961333" w:rsidRPr="009323E4" w:rsidRDefault="00C85E30">
            <w:pPr>
              <w:spacing w:before="40" w:after="60" w:line="240" w:lineRule="auto"/>
              <w:rPr>
                <w:b w:val="0"/>
                <w:bCs w:val="0"/>
              </w:rPr>
            </w:pPr>
            <w:r w:rsidRPr="004659ED">
              <w:rPr>
                <w:sz w:val="18"/>
              </w:rPr>
              <w:t>Registration authority</w:t>
            </w:r>
            <w:r w:rsidR="006D3CB6" w:rsidRPr="004659ED">
              <w:rPr>
                <w:sz w:val="18"/>
              </w:rPr>
              <w:t>(s)</w:t>
            </w:r>
            <w:r w:rsidR="006D3CB6" w:rsidRPr="004659ED">
              <w:rPr>
                <w:rStyle w:val="FootnoteReference"/>
                <w:sz w:val="18"/>
              </w:rPr>
              <w:footnoteReference w:id="2"/>
            </w:r>
          </w:p>
        </w:tc>
        <w:tc>
          <w:tcPr>
            <w:tcW w:w="6236" w:type="dxa"/>
          </w:tcPr>
          <w:p w14:paraId="0BF68B3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r>
      <w:tr w:rsidR="00961333" w14:paraId="47FAD414"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tcPr>
          <w:p w14:paraId="22BC3161" w14:textId="77777777" w:rsidR="00961333" w:rsidRPr="009323E4" w:rsidRDefault="00C85E30">
            <w:pPr>
              <w:spacing w:before="40" w:after="60" w:line="240" w:lineRule="auto"/>
              <w:rPr>
                <w:b w:val="0"/>
                <w:bCs w:val="0"/>
              </w:rPr>
            </w:pPr>
            <w:r w:rsidRPr="004659ED">
              <w:rPr>
                <w:sz w:val="18"/>
              </w:rPr>
              <w:t>Year established</w:t>
            </w:r>
          </w:p>
        </w:tc>
        <w:tc>
          <w:tcPr>
            <w:tcW w:w="6236" w:type="dxa"/>
          </w:tcPr>
          <w:p w14:paraId="28BF24F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[YYYY]</w:t>
            </w:r>
          </w:p>
        </w:tc>
      </w:tr>
      <w:tr w:rsidR="00961333" w14:paraId="6F54CFCD" w14:textId="77777777" w:rsidTr="009323E4">
        <w:tc>
          <w:tcPr>
            <w:cnfStyle w:val="001000000000" w:firstRow="0" w:lastRow="0" w:firstColumn="1" w:lastColumn="0" w:oddVBand="0" w:evenVBand="0" w:oddHBand="0" w:evenHBand="0" w:firstRowFirstColumn="0" w:firstRowLastColumn="0" w:lastRowFirstColumn="0" w:lastRowLastColumn="0"/>
            <w:tcW w:w="3399" w:type="dxa"/>
          </w:tcPr>
          <w:p w14:paraId="7E63D6F3" w14:textId="77777777" w:rsidR="00961333" w:rsidRPr="009323E4" w:rsidRDefault="00C85E30">
            <w:pPr>
              <w:spacing w:before="40" w:after="60" w:line="240" w:lineRule="auto"/>
              <w:rPr>
                <w:b w:val="0"/>
                <w:bCs w:val="0"/>
              </w:rPr>
            </w:pPr>
            <w:r w:rsidRPr="004659ED">
              <w:rPr>
                <w:sz w:val="18"/>
              </w:rPr>
              <w:t>Operations in Iraq began</w:t>
            </w:r>
          </w:p>
        </w:tc>
        <w:tc>
          <w:tcPr>
            <w:tcW w:w="6236" w:type="dxa"/>
          </w:tcPr>
          <w:p w14:paraId="573A36C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[MM/YYYY - at least five years before the submission deadline]</w:t>
            </w:r>
          </w:p>
        </w:tc>
      </w:tr>
      <w:tr w:rsidR="00961333" w14:paraId="6846186A"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tcPr>
          <w:p w14:paraId="7CA6D8C1" w14:textId="77777777" w:rsidR="00961333" w:rsidRPr="009323E4" w:rsidRDefault="00C85E30">
            <w:pPr>
              <w:spacing w:before="40" w:after="60" w:line="240" w:lineRule="auto"/>
              <w:rPr>
                <w:b w:val="0"/>
                <w:bCs w:val="0"/>
              </w:rPr>
            </w:pPr>
            <w:r w:rsidRPr="004659ED">
              <w:rPr>
                <w:sz w:val="18"/>
              </w:rPr>
              <w:lastRenderedPageBreak/>
              <w:t>Head office location</w:t>
            </w:r>
          </w:p>
        </w:tc>
        <w:tc>
          <w:tcPr>
            <w:tcW w:w="6236" w:type="dxa"/>
          </w:tcPr>
          <w:p w14:paraId="27D66DF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[Governorate / city]</w:t>
            </w:r>
          </w:p>
        </w:tc>
      </w:tr>
      <w:tr w:rsidR="00961333" w14:paraId="0A65526E" w14:textId="77777777" w:rsidTr="009323E4">
        <w:tc>
          <w:tcPr>
            <w:cnfStyle w:val="001000000000" w:firstRow="0" w:lastRow="0" w:firstColumn="1" w:lastColumn="0" w:oddVBand="0" w:evenVBand="0" w:oddHBand="0" w:evenHBand="0" w:firstRowFirstColumn="0" w:firstRowLastColumn="0" w:lastRowFirstColumn="0" w:lastRowLastColumn="0"/>
            <w:tcW w:w="3399" w:type="dxa"/>
          </w:tcPr>
          <w:p w14:paraId="6423795D" w14:textId="77777777" w:rsidR="00961333" w:rsidRPr="009323E4" w:rsidRDefault="00C85E30">
            <w:pPr>
              <w:spacing w:before="40" w:after="60" w:line="240" w:lineRule="auto"/>
              <w:rPr>
                <w:b w:val="0"/>
                <w:bCs w:val="0"/>
              </w:rPr>
            </w:pPr>
            <w:r w:rsidRPr="004659ED">
              <w:rPr>
                <w:sz w:val="18"/>
              </w:rPr>
              <w:t>Primary contact person</w:t>
            </w:r>
          </w:p>
        </w:tc>
        <w:tc>
          <w:tcPr>
            <w:tcW w:w="6236" w:type="dxa"/>
          </w:tcPr>
          <w:p w14:paraId="3FF3E357"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[Name and title]</w:t>
            </w:r>
          </w:p>
        </w:tc>
      </w:tr>
      <w:tr w:rsidR="00961333" w14:paraId="3BE18A48"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tcPr>
          <w:p w14:paraId="6C1806EC" w14:textId="77777777" w:rsidR="00961333" w:rsidRPr="009323E4" w:rsidRDefault="00C85E30">
            <w:pPr>
              <w:spacing w:before="40" w:after="60" w:line="240" w:lineRule="auto"/>
              <w:rPr>
                <w:b w:val="0"/>
                <w:bCs w:val="0"/>
              </w:rPr>
            </w:pPr>
            <w:r w:rsidRPr="004659ED">
              <w:rPr>
                <w:sz w:val="18"/>
              </w:rPr>
              <w:t>Email</w:t>
            </w:r>
          </w:p>
        </w:tc>
        <w:tc>
          <w:tcPr>
            <w:tcW w:w="6236" w:type="dxa"/>
          </w:tcPr>
          <w:p w14:paraId="70CE781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r>
      <w:tr w:rsidR="00961333" w14:paraId="61A23725" w14:textId="77777777" w:rsidTr="009323E4">
        <w:tc>
          <w:tcPr>
            <w:cnfStyle w:val="001000000000" w:firstRow="0" w:lastRow="0" w:firstColumn="1" w:lastColumn="0" w:oddVBand="0" w:evenVBand="0" w:oddHBand="0" w:evenHBand="0" w:firstRowFirstColumn="0" w:firstRowLastColumn="0" w:lastRowFirstColumn="0" w:lastRowLastColumn="0"/>
            <w:tcW w:w="3399" w:type="dxa"/>
          </w:tcPr>
          <w:p w14:paraId="5682BF1A" w14:textId="77777777" w:rsidR="00961333" w:rsidRDefault="00C85E30">
            <w:pPr>
              <w:spacing w:before="40" w:after="60" w:line="240" w:lineRule="auto"/>
            </w:pPr>
            <w:r>
              <w:rPr>
                <w:sz w:val="18"/>
              </w:rPr>
              <w:t>Phone</w:t>
            </w:r>
          </w:p>
        </w:tc>
        <w:tc>
          <w:tcPr>
            <w:tcW w:w="6236" w:type="dxa"/>
          </w:tcPr>
          <w:p w14:paraId="70EA253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r>
      <w:tr w:rsidR="00961333" w14:paraId="39ACE494"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tcPr>
          <w:p w14:paraId="272A7F01" w14:textId="77777777" w:rsidR="00961333" w:rsidRDefault="00C85E30">
            <w:pPr>
              <w:spacing w:before="40" w:after="60" w:line="240" w:lineRule="auto"/>
            </w:pPr>
            <w:r>
              <w:rPr>
                <w:sz w:val="18"/>
              </w:rPr>
              <w:t>Website / social media</w:t>
            </w:r>
          </w:p>
        </w:tc>
        <w:tc>
          <w:tcPr>
            <w:tcW w:w="6236" w:type="dxa"/>
          </w:tcPr>
          <w:p w14:paraId="245706C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[If applicable]</w:t>
            </w:r>
          </w:p>
        </w:tc>
      </w:tr>
      <w:tr w:rsidR="00961333" w14:paraId="6B031F4D" w14:textId="77777777" w:rsidTr="009323E4">
        <w:tc>
          <w:tcPr>
            <w:cnfStyle w:val="001000000000" w:firstRow="0" w:lastRow="0" w:firstColumn="1" w:lastColumn="0" w:oddVBand="0" w:evenVBand="0" w:oddHBand="0" w:evenHBand="0" w:firstRowFirstColumn="0" w:firstRowLastColumn="0" w:lastRowFirstColumn="0" w:lastRowLastColumn="0"/>
            <w:tcW w:w="3399" w:type="dxa"/>
          </w:tcPr>
          <w:p w14:paraId="38C9D024" w14:textId="77777777" w:rsidR="00961333" w:rsidRDefault="00C85E30">
            <w:pPr>
              <w:spacing w:before="40" w:after="60" w:line="240" w:lineRule="auto"/>
            </w:pPr>
            <w:r>
              <w:rPr>
                <w:sz w:val="18"/>
              </w:rPr>
              <w:t>Authorized representative for declaration</w:t>
            </w:r>
          </w:p>
        </w:tc>
        <w:tc>
          <w:tcPr>
            <w:tcW w:w="6236" w:type="dxa"/>
          </w:tcPr>
          <w:p w14:paraId="3142CEC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[Name and title]</w:t>
            </w:r>
          </w:p>
        </w:tc>
      </w:tr>
      <w:tr w:rsidR="00660DB0" w14:paraId="30DD1DC4"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9" w:type="dxa"/>
          </w:tcPr>
          <w:p w14:paraId="480D8919" w14:textId="5112C3E8" w:rsidR="00660DB0" w:rsidRDefault="00660DB0">
            <w:pPr>
              <w:spacing w:before="40" w:after="60" w:line="240" w:lineRule="auto"/>
              <w:rPr>
                <w:sz w:val="18"/>
              </w:rPr>
            </w:pPr>
            <w:r>
              <w:rPr>
                <w:sz w:val="18"/>
              </w:rPr>
              <w:t>Contact Information of Authorized representative</w:t>
            </w:r>
          </w:p>
        </w:tc>
        <w:tc>
          <w:tcPr>
            <w:tcW w:w="6236" w:type="dxa"/>
          </w:tcPr>
          <w:p w14:paraId="4A516D5B" w14:textId="51C841CA" w:rsidR="00660DB0" w:rsidRDefault="007335E9">
            <w:pPr>
              <w:spacing w:before="40" w:after="60" w:line="240" w:lineRule="auto"/>
              <w:cnfStyle w:val="000000100000" w:firstRow="0" w:lastRow="0" w:firstColumn="0" w:lastColumn="0" w:oddVBand="0" w:evenVBand="0" w:oddHBand="1" w:evenHBand="0" w:firstRowFirstColumn="0" w:firstRowLastColumn="0" w:lastRowFirstColumn="0" w:lastRowLastColumn="0"/>
              <w:rPr>
                <w:sz w:val="18"/>
              </w:rPr>
            </w:pPr>
            <w:r>
              <w:rPr>
                <w:sz w:val="18"/>
              </w:rPr>
              <w:t xml:space="preserve">[phone number and </w:t>
            </w:r>
            <w:r w:rsidR="005A0BDD">
              <w:rPr>
                <w:sz w:val="18"/>
              </w:rPr>
              <w:t>Email</w:t>
            </w:r>
            <w:r>
              <w:rPr>
                <w:sz w:val="18"/>
              </w:rPr>
              <w:t>]</w:t>
            </w:r>
          </w:p>
        </w:tc>
      </w:tr>
    </w:tbl>
    <w:p w14:paraId="71D4AE9A" w14:textId="77777777" w:rsidR="00961333" w:rsidRPr="009323E4" w:rsidRDefault="00C85E30">
      <w:pPr>
        <w:pStyle w:val="Heading1"/>
        <w:rPr>
          <w:color w:val="F79646" w:themeColor="accent6"/>
        </w:rPr>
      </w:pPr>
      <w:r w:rsidRPr="009323E4">
        <w:rPr>
          <w:rFonts w:ascii="Arial" w:hAnsi="Arial"/>
          <w:color w:val="F79646" w:themeColor="accent6"/>
        </w:rPr>
        <w:t>2. Organization Profile, Type and Governance</w:t>
      </w:r>
    </w:p>
    <w:p w14:paraId="073B3DDD" w14:textId="17DE7C45" w:rsidR="00961333" w:rsidRPr="009323E4" w:rsidRDefault="00C85E30">
      <w:pPr>
        <w:pStyle w:val="Heading2"/>
        <w:rPr>
          <w:color w:val="F79646" w:themeColor="accent6"/>
        </w:rPr>
      </w:pPr>
      <w:r w:rsidRPr="009323E4">
        <w:rPr>
          <w:rFonts w:ascii="Arial" w:hAnsi="Arial"/>
          <w:color w:val="F79646" w:themeColor="accent6"/>
        </w:rPr>
        <w:t>2.1 Organization overview</w:t>
      </w:r>
      <w:r w:rsidRPr="009323E4">
        <w:rPr>
          <w:rFonts w:ascii="Arial" w:hAnsi="Arial"/>
          <w:i/>
          <w:color w:val="F79646" w:themeColor="accent6"/>
        </w:rPr>
        <w:t xml:space="preserve"> [Limit: 300 words]</w:t>
      </w:r>
    </w:p>
    <w:p w14:paraId="06C0FAC4" w14:textId="77777777" w:rsidR="00961333" w:rsidRDefault="00C85E30">
      <w:pPr>
        <w:keepNext/>
        <w:spacing w:after="60"/>
      </w:pPr>
      <w:r>
        <w:t>Briefly describe the organization’s mandate, mission, main populations served, operating model and key comparative strengths relevant to CARE Iraq.</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02F866FC" w14:textId="77777777">
        <w:trPr>
          <w:cantSplit/>
          <w:jc w:val="center"/>
        </w:trPr>
        <w:tc>
          <w:tcPr>
            <w:tcW w:w="10200" w:type="dxa"/>
            <w:shd w:val="clear" w:color="auto" w:fill="FFFFFF"/>
            <w:tcMar>
              <w:top w:w="100" w:type="dxa"/>
              <w:left w:w="100" w:type="dxa"/>
              <w:bottom w:w="100" w:type="dxa"/>
              <w:right w:w="100" w:type="dxa"/>
            </w:tcMar>
          </w:tcPr>
          <w:p w14:paraId="3460DC83" w14:textId="77777777" w:rsidR="00961333" w:rsidRDefault="00C85E30">
            <w:pPr>
              <w:spacing w:before="40" w:after="60" w:line="240" w:lineRule="auto"/>
            </w:pPr>
            <w:r>
              <w:t>[Applicant response]</w:t>
            </w:r>
            <w:r>
              <w:br/>
            </w:r>
            <w:r>
              <w:br/>
            </w:r>
            <w:r>
              <w:br/>
            </w:r>
            <w:r>
              <w:br/>
            </w:r>
          </w:p>
        </w:tc>
      </w:tr>
    </w:tbl>
    <w:p w14:paraId="0E937969" w14:textId="77777777" w:rsidR="00961333" w:rsidRDefault="00961333"/>
    <w:p w14:paraId="4AA57CE6" w14:textId="4D52283A" w:rsidR="00961333" w:rsidRPr="009323E4" w:rsidRDefault="00C85E30">
      <w:pPr>
        <w:pStyle w:val="Heading2"/>
        <w:rPr>
          <w:color w:val="F79646" w:themeColor="accent6"/>
        </w:rPr>
      </w:pPr>
      <w:r w:rsidRPr="009323E4">
        <w:rPr>
          <w:rFonts w:ascii="Arial" w:hAnsi="Arial"/>
          <w:color w:val="F79646" w:themeColor="accent6"/>
        </w:rPr>
        <w:t>2.2 Comparative advantage</w:t>
      </w:r>
      <w:r w:rsidRPr="009323E4">
        <w:rPr>
          <w:rFonts w:ascii="Arial" w:hAnsi="Arial"/>
          <w:i/>
          <w:color w:val="F79646" w:themeColor="accent6"/>
        </w:rPr>
        <w:t xml:space="preserve"> [Limit: 200 words]</w:t>
      </w:r>
    </w:p>
    <w:p w14:paraId="49B56689" w14:textId="77777777" w:rsidR="00961333" w:rsidRDefault="00C85E30">
      <w:pPr>
        <w:keepNext/>
        <w:spacing w:after="60"/>
      </w:pPr>
      <w:r>
        <w:t>Explain what differentiates your organization and why CARE Iraq should consider it for the partner roster.</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5017E8D6" w14:textId="77777777">
        <w:trPr>
          <w:cantSplit/>
          <w:jc w:val="center"/>
        </w:trPr>
        <w:tc>
          <w:tcPr>
            <w:tcW w:w="10200" w:type="dxa"/>
            <w:shd w:val="clear" w:color="auto" w:fill="FFFFFF"/>
            <w:tcMar>
              <w:top w:w="100" w:type="dxa"/>
              <w:left w:w="100" w:type="dxa"/>
              <w:bottom w:w="100" w:type="dxa"/>
              <w:right w:w="100" w:type="dxa"/>
            </w:tcMar>
          </w:tcPr>
          <w:p w14:paraId="4F2B6D96" w14:textId="77777777" w:rsidR="00961333" w:rsidRDefault="00C85E30">
            <w:pPr>
              <w:spacing w:before="40" w:after="60" w:line="240" w:lineRule="auto"/>
            </w:pPr>
            <w:r>
              <w:t>[Applicant response]</w:t>
            </w:r>
            <w:r>
              <w:br/>
            </w:r>
            <w:r>
              <w:br/>
            </w:r>
            <w:r>
              <w:br/>
            </w:r>
          </w:p>
        </w:tc>
      </w:tr>
    </w:tbl>
    <w:p w14:paraId="6E616ACC" w14:textId="77777777" w:rsidR="00D94627" w:rsidRDefault="00D94627" w:rsidP="00D94627"/>
    <w:p w14:paraId="404C2F50" w14:textId="68AA7543" w:rsidR="00961333" w:rsidRDefault="00D94627" w:rsidP="009323E4">
      <w:pPr>
        <w:jc w:val="both"/>
      </w:pPr>
      <w:r w:rsidRPr="00D94627">
        <w:t>Select classifications that reflect the organization’s actual mandate and governance. For each selected classification, briefly explain the basis for the selection, including relevant leadership, decision-making or mission information. Selecting a classification does not automatically attract additional points.</w:t>
      </w:r>
    </w:p>
    <w:tbl>
      <w:tblPr>
        <w:tblStyle w:val="GridTable4-Accent6"/>
        <w:tblW w:w="0" w:type="auto"/>
        <w:tblLook w:val="04A0" w:firstRow="1" w:lastRow="0" w:firstColumn="1" w:lastColumn="0" w:noHBand="0" w:noVBand="1"/>
      </w:tblPr>
      <w:tblGrid>
        <w:gridCol w:w="5095"/>
        <w:gridCol w:w="5095"/>
      </w:tblGrid>
      <w:tr w:rsidR="00961333" w14:paraId="63C7C9F3" w14:textId="77777777" w:rsidTr="00D47B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5" w:type="dxa"/>
          </w:tcPr>
          <w:p w14:paraId="45BFD42C" w14:textId="77777777" w:rsidR="00961333" w:rsidRDefault="00C85E30">
            <w:pPr>
              <w:spacing w:before="40" w:after="60" w:line="240" w:lineRule="auto"/>
            </w:pPr>
            <w:r>
              <w:rPr>
                <w:color w:val="FFFFFF"/>
                <w:sz w:val="18"/>
              </w:rPr>
              <w:t>Organization classification</w:t>
            </w:r>
          </w:p>
        </w:tc>
        <w:tc>
          <w:tcPr>
            <w:tcW w:w="5095" w:type="dxa"/>
          </w:tcPr>
          <w:p w14:paraId="6B3B7A18"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Select all that apply / explain if “Other”</w:t>
            </w:r>
          </w:p>
        </w:tc>
      </w:tr>
      <w:tr w:rsidR="00961333" w14:paraId="6C3DC2E2" w14:textId="77777777" w:rsidTr="00D47B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5" w:type="dxa"/>
          </w:tcPr>
          <w:p w14:paraId="029B6A63" w14:textId="77777777" w:rsidR="00961333" w:rsidRPr="009323E4" w:rsidRDefault="00C85E30">
            <w:pPr>
              <w:spacing w:before="40" w:after="60" w:line="240" w:lineRule="auto"/>
              <w:rPr>
                <w:b w:val="0"/>
                <w:bCs w:val="0"/>
              </w:rPr>
            </w:pPr>
            <w:r w:rsidRPr="003659C2">
              <w:rPr>
                <w:rFonts w:ascii="Segoe UI Symbol" w:hAnsi="Segoe UI Symbol" w:cs="Segoe UI Symbol"/>
                <w:sz w:val="18"/>
              </w:rPr>
              <w:t>☐</w:t>
            </w:r>
            <w:r w:rsidRPr="003659C2">
              <w:rPr>
                <w:sz w:val="18"/>
              </w:rPr>
              <w:t xml:space="preserve"> Local NGO / CSO</w:t>
            </w:r>
          </w:p>
        </w:tc>
        <w:tc>
          <w:tcPr>
            <w:tcW w:w="5095" w:type="dxa"/>
          </w:tcPr>
          <w:p w14:paraId="1F4D1C27"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[Optional clarification]</w:t>
            </w:r>
          </w:p>
        </w:tc>
      </w:tr>
      <w:tr w:rsidR="00961333" w14:paraId="7104948A" w14:textId="77777777" w:rsidTr="00D47BAD">
        <w:tc>
          <w:tcPr>
            <w:cnfStyle w:val="001000000000" w:firstRow="0" w:lastRow="0" w:firstColumn="1" w:lastColumn="0" w:oddVBand="0" w:evenVBand="0" w:oddHBand="0" w:evenHBand="0" w:firstRowFirstColumn="0" w:firstRowLastColumn="0" w:lastRowFirstColumn="0" w:lastRowLastColumn="0"/>
            <w:tcW w:w="5095" w:type="dxa"/>
          </w:tcPr>
          <w:p w14:paraId="186A4A38" w14:textId="77777777" w:rsidR="00961333" w:rsidRPr="009323E4" w:rsidRDefault="00C85E30">
            <w:pPr>
              <w:spacing w:before="40" w:after="60" w:line="240" w:lineRule="auto"/>
              <w:rPr>
                <w:b w:val="0"/>
                <w:bCs w:val="0"/>
              </w:rPr>
            </w:pPr>
            <w:r w:rsidRPr="003659C2">
              <w:rPr>
                <w:rFonts w:ascii="Segoe UI Symbol" w:hAnsi="Segoe UI Symbol" w:cs="Segoe UI Symbol"/>
                <w:sz w:val="18"/>
              </w:rPr>
              <w:t>☐</w:t>
            </w:r>
            <w:r w:rsidRPr="003659C2">
              <w:rPr>
                <w:sz w:val="18"/>
              </w:rPr>
              <w:t xml:space="preserve"> Community-based organization (CBO)</w:t>
            </w:r>
          </w:p>
        </w:tc>
        <w:tc>
          <w:tcPr>
            <w:tcW w:w="5095" w:type="dxa"/>
          </w:tcPr>
          <w:p w14:paraId="40AE126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[Optional clarification]</w:t>
            </w:r>
          </w:p>
        </w:tc>
      </w:tr>
      <w:tr w:rsidR="00961333" w14:paraId="3F37920B" w14:textId="77777777" w:rsidTr="00D47B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5" w:type="dxa"/>
          </w:tcPr>
          <w:p w14:paraId="19F2F9DE" w14:textId="77777777" w:rsidR="00961333" w:rsidRPr="009323E4" w:rsidRDefault="00C85E30">
            <w:pPr>
              <w:spacing w:before="40" w:after="60" w:line="240" w:lineRule="auto"/>
              <w:rPr>
                <w:b w:val="0"/>
                <w:bCs w:val="0"/>
                <w:sz w:val="18"/>
              </w:rPr>
            </w:pPr>
            <w:r w:rsidRPr="003659C2">
              <w:rPr>
                <w:rFonts w:ascii="Segoe UI Symbol" w:hAnsi="Segoe UI Symbol" w:cs="Segoe UI Symbol"/>
                <w:sz w:val="18"/>
              </w:rPr>
              <w:t>☐</w:t>
            </w:r>
            <w:r w:rsidRPr="003659C2">
              <w:rPr>
                <w:sz w:val="18"/>
              </w:rPr>
              <w:t xml:space="preserve"> Women-led organization (WLO)</w:t>
            </w:r>
          </w:p>
          <w:p w14:paraId="57C368E5" w14:textId="2DB2194B" w:rsidR="00D94627" w:rsidRPr="009323E4" w:rsidRDefault="00D94627" w:rsidP="00D94627">
            <w:pPr>
              <w:spacing w:before="40" w:after="60" w:line="240" w:lineRule="auto"/>
              <w:rPr>
                <w:b w:val="0"/>
                <w:bCs w:val="0"/>
                <w:sz w:val="18"/>
              </w:rPr>
            </w:pPr>
            <w:r w:rsidRPr="003659C2">
              <w:rPr>
                <w:sz w:val="18"/>
              </w:rPr>
              <w:t>Women hold the principal leadership and decision-making roles</w:t>
            </w:r>
          </w:p>
        </w:tc>
        <w:tc>
          <w:tcPr>
            <w:tcW w:w="5095" w:type="dxa"/>
          </w:tcPr>
          <w:p w14:paraId="7E9BEF4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[Optional clarification]</w:t>
            </w:r>
          </w:p>
        </w:tc>
      </w:tr>
      <w:tr w:rsidR="00961333" w14:paraId="1603DFC8" w14:textId="77777777" w:rsidTr="00D47BAD">
        <w:tc>
          <w:tcPr>
            <w:cnfStyle w:val="001000000000" w:firstRow="0" w:lastRow="0" w:firstColumn="1" w:lastColumn="0" w:oddVBand="0" w:evenVBand="0" w:oddHBand="0" w:evenHBand="0" w:firstRowFirstColumn="0" w:firstRowLastColumn="0" w:lastRowFirstColumn="0" w:lastRowLastColumn="0"/>
            <w:tcW w:w="5095" w:type="dxa"/>
          </w:tcPr>
          <w:p w14:paraId="1608AB2E" w14:textId="77777777" w:rsidR="00961333" w:rsidRPr="009323E4" w:rsidRDefault="00C85E30">
            <w:pPr>
              <w:spacing w:before="40" w:after="60" w:line="240" w:lineRule="auto"/>
              <w:rPr>
                <w:b w:val="0"/>
                <w:bCs w:val="0"/>
                <w:sz w:val="18"/>
              </w:rPr>
            </w:pPr>
            <w:r w:rsidRPr="003659C2">
              <w:rPr>
                <w:rFonts w:ascii="Segoe UI Symbol" w:hAnsi="Segoe UI Symbol" w:cs="Segoe UI Symbol"/>
                <w:sz w:val="18"/>
              </w:rPr>
              <w:t>☐</w:t>
            </w:r>
            <w:r w:rsidRPr="003659C2">
              <w:rPr>
                <w:sz w:val="18"/>
              </w:rPr>
              <w:t xml:space="preserve"> Women's rights organization (WRO)</w:t>
            </w:r>
          </w:p>
          <w:p w14:paraId="51EA979F" w14:textId="63DE05A5" w:rsidR="00D94627" w:rsidRPr="009323E4" w:rsidRDefault="00D94627" w:rsidP="0594FCE9">
            <w:pPr>
              <w:spacing w:before="40" w:after="60" w:line="240" w:lineRule="auto"/>
              <w:rPr>
                <w:b w:val="0"/>
                <w:bCs w:val="0"/>
                <w:sz w:val="18"/>
                <w:szCs w:val="18"/>
              </w:rPr>
            </w:pPr>
            <w:r w:rsidRPr="0594FCE9">
              <w:rPr>
                <w:sz w:val="18"/>
                <w:szCs w:val="18"/>
              </w:rPr>
              <w:t xml:space="preserve">Advancing women’s rights </w:t>
            </w:r>
            <w:proofErr w:type="gramStart"/>
            <w:r w:rsidRPr="0594FCE9">
              <w:rPr>
                <w:sz w:val="18"/>
                <w:szCs w:val="18"/>
              </w:rPr>
              <w:t>and  equality</w:t>
            </w:r>
            <w:proofErr w:type="gramEnd"/>
            <w:r w:rsidRPr="0594FCE9">
              <w:rPr>
                <w:sz w:val="18"/>
                <w:szCs w:val="18"/>
              </w:rPr>
              <w:t xml:space="preserve"> is a central organizational purpose</w:t>
            </w:r>
          </w:p>
        </w:tc>
        <w:tc>
          <w:tcPr>
            <w:tcW w:w="5095" w:type="dxa"/>
          </w:tcPr>
          <w:p w14:paraId="2FC7909F"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[Optional clarification]</w:t>
            </w:r>
          </w:p>
        </w:tc>
      </w:tr>
      <w:tr w:rsidR="00961333" w14:paraId="7FAACEE7" w14:textId="77777777" w:rsidTr="00D47B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5" w:type="dxa"/>
          </w:tcPr>
          <w:p w14:paraId="33A3022D" w14:textId="77777777" w:rsidR="00961333" w:rsidRPr="009323E4" w:rsidRDefault="00C85E30">
            <w:pPr>
              <w:spacing w:before="40" w:after="60" w:line="240" w:lineRule="auto"/>
              <w:rPr>
                <w:b w:val="0"/>
                <w:bCs w:val="0"/>
                <w:sz w:val="18"/>
              </w:rPr>
            </w:pPr>
            <w:r w:rsidRPr="003659C2">
              <w:rPr>
                <w:rFonts w:ascii="Segoe UI Symbol" w:hAnsi="Segoe UI Symbol" w:cs="Segoe UI Symbol"/>
                <w:sz w:val="18"/>
              </w:rPr>
              <w:t>☐</w:t>
            </w:r>
            <w:r w:rsidRPr="003659C2">
              <w:rPr>
                <w:sz w:val="18"/>
              </w:rPr>
              <w:t xml:space="preserve"> Youth-led organization</w:t>
            </w:r>
          </w:p>
          <w:p w14:paraId="2DACC217" w14:textId="7216FE8B" w:rsidR="00D94627" w:rsidRPr="009323E4" w:rsidRDefault="00D94627" w:rsidP="00D94627">
            <w:pPr>
              <w:spacing w:before="40" w:after="60" w:line="240" w:lineRule="auto"/>
              <w:rPr>
                <w:b w:val="0"/>
                <w:bCs w:val="0"/>
                <w:sz w:val="18"/>
              </w:rPr>
            </w:pPr>
            <w:r w:rsidRPr="003659C2">
              <w:rPr>
                <w:sz w:val="18"/>
              </w:rPr>
              <w:t>Young people hold the principal leadership and decision-making roles; state the age range used</w:t>
            </w:r>
          </w:p>
        </w:tc>
        <w:tc>
          <w:tcPr>
            <w:tcW w:w="5095" w:type="dxa"/>
          </w:tcPr>
          <w:p w14:paraId="579EBC4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[Optional clarification]</w:t>
            </w:r>
          </w:p>
        </w:tc>
      </w:tr>
      <w:tr w:rsidR="00961333" w14:paraId="2F060EAF" w14:textId="77777777" w:rsidTr="00D47BAD">
        <w:tc>
          <w:tcPr>
            <w:cnfStyle w:val="001000000000" w:firstRow="0" w:lastRow="0" w:firstColumn="1" w:lastColumn="0" w:oddVBand="0" w:evenVBand="0" w:oddHBand="0" w:evenHBand="0" w:firstRowFirstColumn="0" w:firstRowLastColumn="0" w:lastRowFirstColumn="0" w:lastRowLastColumn="0"/>
            <w:tcW w:w="5095" w:type="dxa"/>
          </w:tcPr>
          <w:p w14:paraId="711899F2" w14:textId="3FDB15F2" w:rsidR="00961333" w:rsidRPr="009323E4" w:rsidRDefault="00C85E30">
            <w:pPr>
              <w:spacing w:before="40" w:after="60" w:line="240" w:lineRule="auto"/>
              <w:rPr>
                <w:b w:val="0"/>
                <w:bCs w:val="0"/>
                <w:sz w:val="18"/>
              </w:rPr>
            </w:pPr>
            <w:r w:rsidRPr="003659C2">
              <w:rPr>
                <w:rFonts w:ascii="Segoe UI Symbol" w:hAnsi="Segoe UI Symbol" w:cs="Segoe UI Symbol"/>
                <w:sz w:val="18"/>
              </w:rPr>
              <w:t>☐</w:t>
            </w:r>
            <w:r w:rsidRPr="003659C2">
              <w:rPr>
                <w:sz w:val="18"/>
              </w:rPr>
              <w:t xml:space="preserve"> Organization of </w:t>
            </w:r>
            <w:proofErr w:type="gramStart"/>
            <w:r w:rsidRPr="003659C2">
              <w:rPr>
                <w:sz w:val="18"/>
              </w:rPr>
              <w:t>persons</w:t>
            </w:r>
            <w:proofErr w:type="gramEnd"/>
            <w:r w:rsidRPr="003659C2">
              <w:rPr>
                <w:sz w:val="18"/>
              </w:rPr>
              <w:t xml:space="preserve"> with disabilities (OP</w:t>
            </w:r>
            <w:r w:rsidR="003659C2" w:rsidRPr="003659C2">
              <w:rPr>
                <w:sz w:val="18"/>
              </w:rPr>
              <w:t>W</w:t>
            </w:r>
            <w:r w:rsidRPr="003659C2">
              <w:rPr>
                <w:sz w:val="18"/>
              </w:rPr>
              <w:t>D)</w:t>
            </w:r>
          </w:p>
          <w:p w14:paraId="56D07A90" w14:textId="6C3B0D66" w:rsidR="00D94627" w:rsidRPr="009323E4" w:rsidRDefault="00D94627" w:rsidP="00D94627">
            <w:pPr>
              <w:spacing w:before="40" w:after="60" w:line="240" w:lineRule="auto"/>
              <w:rPr>
                <w:b w:val="0"/>
                <w:bCs w:val="0"/>
                <w:sz w:val="18"/>
              </w:rPr>
            </w:pPr>
            <w:r w:rsidRPr="003659C2">
              <w:rPr>
                <w:sz w:val="18"/>
              </w:rPr>
              <w:lastRenderedPageBreak/>
              <w:t>Persons with disabilities lead and govern the organization, which represents and advances their rights</w:t>
            </w:r>
          </w:p>
        </w:tc>
        <w:tc>
          <w:tcPr>
            <w:tcW w:w="5095" w:type="dxa"/>
          </w:tcPr>
          <w:p w14:paraId="16FACFE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lastRenderedPageBreak/>
              <w:t>[Optional clarification]</w:t>
            </w:r>
          </w:p>
        </w:tc>
      </w:tr>
      <w:tr w:rsidR="00D47BAD" w14:paraId="450CF4B2" w14:textId="77777777" w:rsidTr="00D47B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5" w:type="dxa"/>
          </w:tcPr>
          <w:p w14:paraId="43A3F263" w14:textId="341C3AD0" w:rsidR="00D47BAD" w:rsidRPr="003659C2" w:rsidRDefault="00D47BAD">
            <w:pPr>
              <w:spacing w:before="40" w:after="60" w:line="240" w:lineRule="auto"/>
              <w:rPr>
                <w:rFonts w:ascii="Segoe UI Symbol" w:hAnsi="Segoe UI Symbol" w:cs="Segoe UI Symbol"/>
                <w:sz w:val="18"/>
              </w:rPr>
            </w:pPr>
            <w:r>
              <w:rPr>
                <w:rFonts w:ascii="Segoe UI Symbol" w:hAnsi="Segoe UI Symbol" w:cs="Segoe UI Symbol"/>
                <w:sz w:val="18"/>
              </w:rPr>
              <w:t xml:space="preserve">Climate Focused </w:t>
            </w:r>
            <w:r w:rsidR="00EF06CD">
              <w:rPr>
                <w:rFonts w:ascii="Segoe UI Symbol" w:hAnsi="Segoe UI Symbol" w:cs="Segoe UI Symbol"/>
                <w:sz w:val="18"/>
              </w:rPr>
              <w:t>NGO</w:t>
            </w:r>
          </w:p>
        </w:tc>
        <w:tc>
          <w:tcPr>
            <w:tcW w:w="5095" w:type="dxa"/>
          </w:tcPr>
          <w:p w14:paraId="0396A38C" w14:textId="3046E9DC" w:rsidR="00D47BAD" w:rsidRDefault="00EF06CD">
            <w:pPr>
              <w:spacing w:before="40" w:after="60" w:line="240" w:lineRule="auto"/>
              <w:cnfStyle w:val="000000100000" w:firstRow="0" w:lastRow="0" w:firstColumn="0" w:lastColumn="0" w:oddVBand="0" w:evenVBand="0" w:oddHBand="1" w:evenHBand="0" w:firstRowFirstColumn="0" w:firstRowLastColumn="0" w:lastRowFirstColumn="0" w:lastRowLastColumn="0"/>
              <w:rPr>
                <w:sz w:val="18"/>
              </w:rPr>
            </w:pPr>
            <w:r>
              <w:rPr>
                <w:sz w:val="18"/>
              </w:rPr>
              <w:t>[Optional clarification]</w:t>
            </w:r>
          </w:p>
        </w:tc>
      </w:tr>
      <w:tr w:rsidR="00961333" w14:paraId="76AB8B06" w14:textId="77777777" w:rsidTr="00D47BAD">
        <w:tc>
          <w:tcPr>
            <w:cnfStyle w:val="001000000000" w:firstRow="0" w:lastRow="0" w:firstColumn="1" w:lastColumn="0" w:oddVBand="0" w:evenVBand="0" w:oddHBand="0" w:evenHBand="0" w:firstRowFirstColumn="0" w:firstRowLastColumn="0" w:lastRowFirstColumn="0" w:lastRowLastColumn="0"/>
            <w:tcW w:w="5095" w:type="dxa"/>
          </w:tcPr>
          <w:p w14:paraId="166E1389" w14:textId="77777777" w:rsidR="00961333" w:rsidRPr="009323E4" w:rsidRDefault="00C85E30">
            <w:pPr>
              <w:spacing w:before="40" w:after="60" w:line="240" w:lineRule="auto"/>
              <w:rPr>
                <w:b w:val="0"/>
                <w:bCs w:val="0"/>
              </w:rPr>
            </w:pPr>
            <w:r w:rsidRPr="003659C2">
              <w:rPr>
                <w:rFonts w:ascii="Segoe UI Symbol" w:hAnsi="Segoe UI Symbol" w:cs="Segoe UI Symbol"/>
                <w:sz w:val="18"/>
              </w:rPr>
              <w:t>☐</w:t>
            </w:r>
            <w:r w:rsidRPr="003659C2">
              <w:rPr>
                <w:sz w:val="18"/>
              </w:rPr>
              <w:t xml:space="preserve"> Network / association</w:t>
            </w:r>
          </w:p>
        </w:tc>
        <w:tc>
          <w:tcPr>
            <w:tcW w:w="5095" w:type="dxa"/>
          </w:tcPr>
          <w:p w14:paraId="17F03EF2"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[Optional clarification]</w:t>
            </w:r>
          </w:p>
        </w:tc>
      </w:tr>
      <w:tr w:rsidR="00961333" w14:paraId="0329D376" w14:textId="77777777" w:rsidTr="00D47B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5" w:type="dxa"/>
          </w:tcPr>
          <w:p w14:paraId="2E015F77" w14:textId="77777777" w:rsidR="00961333" w:rsidRPr="009323E4" w:rsidRDefault="00C85E30">
            <w:pPr>
              <w:spacing w:before="40" w:after="60" w:line="240" w:lineRule="auto"/>
              <w:rPr>
                <w:b w:val="0"/>
                <w:bCs w:val="0"/>
              </w:rPr>
            </w:pPr>
            <w:r w:rsidRPr="003659C2">
              <w:rPr>
                <w:rFonts w:ascii="Segoe UI Symbol" w:hAnsi="Segoe UI Symbol" w:cs="Segoe UI Symbol"/>
                <w:sz w:val="18"/>
              </w:rPr>
              <w:t>☐</w:t>
            </w:r>
            <w:r w:rsidRPr="003659C2">
              <w:rPr>
                <w:sz w:val="18"/>
              </w:rPr>
              <w:t xml:space="preserve"> Other: __________</w:t>
            </w:r>
          </w:p>
        </w:tc>
        <w:tc>
          <w:tcPr>
            <w:tcW w:w="5095" w:type="dxa"/>
          </w:tcPr>
          <w:p w14:paraId="05B81C7E" w14:textId="521949A5"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w:t>
            </w:r>
            <w:r w:rsidR="003F5311">
              <w:rPr>
                <w:sz w:val="18"/>
              </w:rPr>
              <w:t>Required</w:t>
            </w:r>
            <w:r>
              <w:rPr>
                <w:sz w:val="18"/>
              </w:rPr>
              <w:t xml:space="preserve"> clarification]</w:t>
            </w:r>
          </w:p>
        </w:tc>
      </w:tr>
    </w:tbl>
    <w:p w14:paraId="76A2067E" w14:textId="77777777" w:rsidR="00961333" w:rsidRDefault="00C85E30" w:rsidP="009323E4">
      <w:pPr>
        <w:jc w:val="both"/>
      </w:pPr>
      <w:r>
        <w:t>Required evidence: registration/authorization, organizational profile and current organogram. CARE may compare this information across official documents and may verify governance and structure further during DDA.</w:t>
      </w:r>
    </w:p>
    <w:p w14:paraId="5D038550" w14:textId="77777777" w:rsidR="00D94627" w:rsidRDefault="00D94627"/>
    <w:p w14:paraId="40E00B8F" w14:textId="77777777" w:rsidR="00961333" w:rsidRPr="009323E4" w:rsidRDefault="00C85E30">
      <w:pPr>
        <w:pStyle w:val="Heading1"/>
        <w:rPr>
          <w:color w:val="F79646" w:themeColor="accent6"/>
        </w:rPr>
      </w:pPr>
      <w:r w:rsidRPr="009323E4">
        <w:rPr>
          <w:rFonts w:ascii="Arial" w:hAnsi="Arial"/>
          <w:color w:val="F79646" w:themeColor="accent6"/>
        </w:rPr>
        <w:t>3. Expression of Interest Letter Template</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184D9AC9" w14:textId="77777777" w:rsidTr="009323E4">
        <w:trPr>
          <w:cantSplit/>
          <w:jc w:val="center"/>
        </w:trPr>
        <w:tc>
          <w:tcPr>
            <w:tcW w:w="10200" w:type="dxa"/>
            <w:shd w:val="clear" w:color="auto" w:fill="FDE9D9" w:themeFill="accent6" w:themeFillTint="33"/>
            <w:tcMar>
              <w:top w:w="120" w:type="dxa"/>
              <w:left w:w="120" w:type="dxa"/>
              <w:bottom w:w="120" w:type="dxa"/>
              <w:right w:w="120" w:type="dxa"/>
            </w:tcMar>
          </w:tcPr>
          <w:p w14:paraId="6E283A33" w14:textId="77777777" w:rsidR="00961333" w:rsidRDefault="00C85E30">
            <w:pPr>
              <w:spacing w:before="40" w:after="60" w:line="240" w:lineRule="auto"/>
            </w:pPr>
            <w:r>
              <w:rPr>
                <w:b/>
              </w:rPr>
              <w:t>Maximum length: 2 pages</w:t>
            </w:r>
            <w:r>
              <w:br/>
              <w:t>The EOI Letter must be completed in this section. Do not attach a separate additional cover letter. Keep the letter concise and strategic. Tables are not required in this section.</w:t>
            </w:r>
          </w:p>
        </w:tc>
      </w:tr>
    </w:tbl>
    <w:p w14:paraId="7437C5FE" w14:textId="77777777" w:rsidR="00961333" w:rsidRDefault="00961333"/>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5094"/>
        <w:gridCol w:w="5096"/>
      </w:tblGrid>
      <w:tr w:rsidR="00961333" w14:paraId="57704DE0"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1AB38B3A" w14:textId="77777777" w:rsidR="00961333" w:rsidRDefault="00C85E30">
            <w:pPr>
              <w:spacing w:before="40" w:after="60" w:line="240" w:lineRule="auto"/>
            </w:pPr>
            <w:r>
              <w:rPr>
                <w:sz w:val="18"/>
              </w:rPr>
              <w:t>Date</w:t>
            </w:r>
          </w:p>
        </w:tc>
        <w:tc>
          <w:tcPr>
            <w:tcW w:w="5100" w:type="dxa"/>
            <w:shd w:val="clear" w:color="auto" w:fill="FFFFFF"/>
            <w:tcMar>
              <w:top w:w="70" w:type="dxa"/>
              <w:left w:w="70" w:type="dxa"/>
              <w:bottom w:w="70" w:type="dxa"/>
              <w:right w:w="70" w:type="dxa"/>
            </w:tcMar>
            <w:vAlign w:val="center"/>
          </w:tcPr>
          <w:p w14:paraId="74F0DD8D" w14:textId="77777777" w:rsidR="00961333" w:rsidRDefault="00C85E30">
            <w:pPr>
              <w:spacing w:before="40" w:after="60" w:line="240" w:lineRule="auto"/>
            </w:pPr>
            <w:r>
              <w:rPr>
                <w:sz w:val="18"/>
              </w:rPr>
              <w:t>[DD.MM.YYYY]</w:t>
            </w:r>
          </w:p>
        </w:tc>
      </w:tr>
      <w:tr w:rsidR="00961333" w14:paraId="2654EE42"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0A687AB2" w14:textId="77777777" w:rsidR="00961333" w:rsidRDefault="00C85E30">
            <w:pPr>
              <w:spacing w:before="40" w:after="60" w:line="240" w:lineRule="auto"/>
            </w:pPr>
            <w:r>
              <w:rPr>
                <w:sz w:val="18"/>
              </w:rPr>
              <w:t>To</w:t>
            </w:r>
          </w:p>
        </w:tc>
        <w:tc>
          <w:tcPr>
            <w:tcW w:w="5100" w:type="dxa"/>
            <w:shd w:val="clear" w:color="auto" w:fill="FFFFFF"/>
            <w:tcMar>
              <w:top w:w="70" w:type="dxa"/>
              <w:left w:w="70" w:type="dxa"/>
              <w:bottom w:w="70" w:type="dxa"/>
              <w:right w:w="70" w:type="dxa"/>
            </w:tcMar>
            <w:vAlign w:val="center"/>
          </w:tcPr>
          <w:p w14:paraId="6537BCDA" w14:textId="77777777" w:rsidR="00961333" w:rsidRDefault="00C85E30">
            <w:pPr>
              <w:spacing w:before="40" w:after="60" w:line="240" w:lineRule="auto"/>
            </w:pPr>
            <w:r>
              <w:rPr>
                <w:sz w:val="18"/>
              </w:rPr>
              <w:t>CARE Iraq - Call for Partnership / Partner Roster 2027-2030</w:t>
            </w:r>
          </w:p>
        </w:tc>
      </w:tr>
      <w:tr w:rsidR="00961333" w14:paraId="15D187DC"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23452582" w14:textId="77777777" w:rsidR="00961333" w:rsidRDefault="00C85E30">
            <w:pPr>
              <w:spacing w:before="40" w:after="60" w:line="240" w:lineRule="auto"/>
            </w:pPr>
            <w:r>
              <w:rPr>
                <w:sz w:val="18"/>
              </w:rPr>
              <w:t>Organization</w:t>
            </w:r>
          </w:p>
        </w:tc>
        <w:tc>
          <w:tcPr>
            <w:tcW w:w="5100" w:type="dxa"/>
            <w:shd w:val="clear" w:color="auto" w:fill="FFFFFF"/>
            <w:tcMar>
              <w:top w:w="70" w:type="dxa"/>
              <w:left w:w="70" w:type="dxa"/>
              <w:bottom w:w="70" w:type="dxa"/>
              <w:right w:w="70" w:type="dxa"/>
            </w:tcMar>
            <w:vAlign w:val="center"/>
          </w:tcPr>
          <w:p w14:paraId="2EBCA34D" w14:textId="77777777" w:rsidR="00961333" w:rsidRDefault="00C85E30">
            <w:pPr>
              <w:spacing w:before="40" w:after="60" w:line="240" w:lineRule="auto"/>
            </w:pPr>
            <w:r>
              <w:rPr>
                <w:sz w:val="18"/>
              </w:rPr>
              <w:t>[Legal name]</w:t>
            </w:r>
          </w:p>
        </w:tc>
      </w:tr>
      <w:tr w:rsidR="00961333" w14:paraId="1B3C7E5E"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2255AFF5" w14:textId="77777777" w:rsidR="00961333" w:rsidRDefault="00C85E30">
            <w:pPr>
              <w:spacing w:before="40" w:after="60" w:line="240" w:lineRule="auto"/>
            </w:pPr>
            <w:r>
              <w:rPr>
                <w:sz w:val="18"/>
              </w:rPr>
              <w:t>Subject</w:t>
            </w:r>
          </w:p>
        </w:tc>
        <w:tc>
          <w:tcPr>
            <w:tcW w:w="5100" w:type="dxa"/>
            <w:shd w:val="clear" w:color="auto" w:fill="FFFFFF"/>
            <w:tcMar>
              <w:top w:w="70" w:type="dxa"/>
              <w:left w:w="70" w:type="dxa"/>
              <w:bottom w:w="70" w:type="dxa"/>
              <w:right w:w="70" w:type="dxa"/>
            </w:tcMar>
            <w:vAlign w:val="center"/>
          </w:tcPr>
          <w:p w14:paraId="4C4C03D9" w14:textId="77777777" w:rsidR="00961333" w:rsidRDefault="00C85E30">
            <w:pPr>
              <w:spacing w:before="40" w:after="60" w:line="240" w:lineRule="auto"/>
            </w:pPr>
            <w:r>
              <w:rPr>
                <w:sz w:val="18"/>
              </w:rPr>
              <w:t>Expression of Interest for CARE Iraq Partner Roster 2027-2030</w:t>
            </w:r>
          </w:p>
        </w:tc>
      </w:tr>
      <w:tr w:rsidR="00961333" w14:paraId="25A23F8F"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7AC88A27" w14:textId="77777777" w:rsidR="00961333" w:rsidRDefault="00C85E30">
            <w:pPr>
              <w:spacing w:before="40" w:after="60" w:line="240" w:lineRule="auto"/>
            </w:pPr>
            <w:r>
              <w:rPr>
                <w:sz w:val="18"/>
              </w:rPr>
              <w:t>Primary thematic areas</w:t>
            </w:r>
          </w:p>
        </w:tc>
        <w:tc>
          <w:tcPr>
            <w:tcW w:w="5100" w:type="dxa"/>
            <w:shd w:val="clear" w:color="auto" w:fill="FFFFFF"/>
            <w:tcMar>
              <w:top w:w="70" w:type="dxa"/>
              <w:left w:w="70" w:type="dxa"/>
              <w:bottom w:w="70" w:type="dxa"/>
              <w:right w:w="70" w:type="dxa"/>
            </w:tcMar>
            <w:vAlign w:val="center"/>
          </w:tcPr>
          <w:p w14:paraId="7A68E83C" w14:textId="77777777" w:rsidR="00961333" w:rsidRDefault="00C85E30">
            <w:pPr>
              <w:spacing w:before="40" w:after="60" w:line="240" w:lineRule="auto"/>
            </w:pPr>
            <w:r>
              <w:rPr>
                <w:sz w:val="18"/>
              </w:rPr>
              <w:t>[List up to three priority areas]</w:t>
            </w:r>
          </w:p>
        </w:tc>
      </w:tr>
      <w:tr w:rsidR="00961333" w14:paraId="5DAC120D"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5C6D0ADE" w14:textId="77777777" w:rsidR="00961333" w:rsidRDefault="00C85E30">
            <w:pPr>
              <w:spacing w:before="40" w:after="60" w:line="240" w:lineRule="auto"/>
            </w:pPr>
            <w:r>
              <w:rPr>
                <w:sz w:val="18"/>
              </w:rPr>
              <w:t>Primary geographic areas</w:t>
            </w:r>
          </w:p>
        </w:tc>
        <w:tc>
          <w:tcPr>
            <w:tcW w:w="5100" w:type="dxa"/>
            <w:shd w:val="clear" w:color="auto" w:fill="FFFFFF"/>
            <w:tcMar>
              <w:top w:w="70" w:type="dxa"/>
              <w:left w:w="70" w:type="dxa"/>
              <w:bottom w:w="70" w:type="dxa"/>
              <w:right w:w="70" w:type="dxa"/>
            </w:tcMar>
            <w:vAlign w:val="center"/>
          </w:tcPr>
          <w:p w14:paraId="5E46D025" w14:textId="77777777" w:rsidR="00961333" w:rsidRDefault="00C85E30">
            <w:pPr>
              <w:spacing w:before="40" w:after="60" w:line="240" w:lineRule="auto"/>
            </w:pPr>
            <w:r>
              <w:rPr>
                <w:sz w:val="18"/>
              </w:rPr>
              <w:t>[List key governorates/districts]</w:t>
            </w:r>
          </w:p>
        </w:tc>
      </w:tr>
      <w:tr w:rsidR="00961333" w14:paraId="7EF993DD"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2D3D6B2B" w14:textId="77777777" w:rsidR="00961333" w:rsidRDefault="00C85E30">
            <w:pPr>
              <w:spacing w:before="40" w:after="60" w:line="240" w:lineRule="auto"/>
            </w:pPr>
            <w:r>
              <w:rPr>
                <w:sz w:val="18"/>
              </w:rPr>
              <w:t>Authorized signatory</w:t>
            </w:r>
          </w:p>
        </w:tc>
        <w:tc>
          <w:tcPr>
            <w:tcW w:w="5100" w:type="dxa"/>
            <w:shd w:val="clear" w:color="auto" w:fill="FFFFFF"/>
            <w:tcMar>
              <w:top w:w="70" w:type="dxa"/>
              <w:left w:w="70" w:type="dxa"/>
              <w:bottom w:w="70" w:type="dxa"/>
              <w:right w:w="70" w:type="dxa"/>
            </w:tcMar>
            <w:vAlign w:val="center"/>
          </w:tcPr>
          <w:p w14:paraId="2845206C" w14:textId="77777777" w:rsidR="00961333" w:rsidRDefault="00C85E30">
            <w:pPr>
              <w:spacing w:before="40" w:after="60" w:line="240" w:lineRule="auto"/>
            </w:pPr>
            <w:r>
              <w:rPr>
                <w:sz w:val="18"/>
              </w:rPr>
              <w:t>[Name and title]</w:t>
            </w:r>
          </w:p>
        </w:tc>
      </w:tr>
    </w:tbl>
    <w:p w14:paraId="47AA942C" w14:textId="1747F135" w:rsidR="00961333" w:rsidRPr="009323E4" w:rsidRDefault="00C85E30">
      <w:pPr>
        <w:pStyle w:val="Heading2"/>
        <w:rPr>
          <w:color w:val="F79646" w:themeColor="accent6"/>
        </w:rPr>
      </w:pPr>
      <w:r w:rsidRPr="009323E4">
        <w:rPr>
          <w:rFonts w:ascii="Arial" w:hAnsi="Arial"/>
          <w:color w:val="F79646" w:themeColor="accent6"/>
        </w:rPr>
        <w:t>EOI Letter</w:t>
      </w:r>
      <w:r w:rsidRPr="009323E4">
        <w:rPr>
          <w:rFonts w:ascii="Arial" w:hAnsi="Arial"/>
          <w:i/>
          <w:color w:val="F79646" w:themeColor="accent6"/>
        </w:rPr>
        <w:t xml:space="preserve"> [Limit: 2 pages</w:t>
      </w:r>
      <w:r w:rsidR="00EF06CD">
        <w:rPr>
          <w:rFonts w:ascii="Arial" w:hAnsi="Arial"/>
          <w:i/>
          <w:color w:val="F79646" w:themeColor="accent6"/>
        </w:rPr>
        <w:t>/900 words</w:t>
      </w:r>
      <w:r w:rsidRPr="009323E4">
        <w:rPr>
          <w:rFonts w:ascii="Arial" w:hAnsi="Arial"/>
          <w:i/>
          <w:color w:val="F79646" w:themeColor="accent6"/>
        </w:rPr>
        <w:t xml:space="preserve"> maximum]</w:t>
      </w:r>
    </w:p>
    <w:p w14:paraId="760344CE" w14:textId="1D4F342C" w:rsidR="00961333" w:rsidRDefault="00C85E30" w:rsidP="009323E4">
      <w:pPr>
        <w:keepNext/>
        <w:spacing w:after="60"/>
        <w:jc w:val="both"/>
      </w:pPr>
      <w:r>
        <w:t>Address: (1) why your organization is interested in partnering with CARE Iraq; (2) your strongest thematic and geographic capabilities; (3) your community/</w:t>
      </w:r>
      <w:r w:rsidR="003659C2">
        <w:t xml:space="preserve"> </w:t>
      </w:r>
      <w:r>
        <w:t xml:space="preserve">localization comparative advantage; and (4) the type of partnership contribution or role you could bring. Conclude with confirmation that the organization is willing to comply with CARE’s applicable partnership, safeguarding, integrity and </w:t>
      </w:r>
      <w:r w:rsidR="003659C2">
        <w:t>due diligence</w:t>
      </w:r>
      <w:r>
        <w:t xml:space="preserve"> requirements.</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4B8650D3" w14:textId="77777777">
        <w:trPr>
          <w:cantSplit/>
          <w:jc w:val="center"/>
        </w:trPr>
        <w:tc>
          <w:tcPr>
            <w:tcW w:w="10200" w:type="dxa"/>
            <w:shd w:val="clear" w:color="auto" w:fill="FFFFFF"/>
            <w:tcMar>
              <w:top w:w="100" w:type="dxa"/>
              <w:left w:w="100" w:type="dxa"/>
              <w:bottom w:w="100" w:type="dxa"/>
              <w:right w:w="100" w:type="dxa"/>
            </w:tcMar>
          </w:tcPr>
          <w:p w14:paraId="76739775" w14:textId="77777777" w:rsidR="00961333" w:rsidRDefault="00C85E30">
            <w:pPr>
              <w:spacing w:before="40" w:after="60" w:line="240" w:lineRule="auto"/>
            </w:pPr>
            <w:r>
              <w:t>[Applicant response]</w:t>
            </w:r>
            <w:r>
              <w:br/>
            </w:r>
            <w:r>
              <w:br/>
            </w:r>
            <w:r>
              <w:br/>
            </w:r>
            <w:r>
              <w:br/>
            </w:r>
            <w:r>
              <w:br/>
            </w:r>
            <w:r>
              <w:br/>
            </w:r>
            <w:r>
              <w:br/>
            </w:r>
            <w:r>
              <w:br/>
            </w:r>
            <w:r>
              <w:br/>
            </w:r>
          </w:p>
        </w:tc>
      </w:tr>
    </w:tbl>
    <w:p w14:paraId="7AD78916" w14:textId="77777777" w:rsidR="00961333" w:rsidRDefault="00961333"/>
    <w:p w14:paraId="39B31A69" w14:textId="1A045DD0" w:rsidR="00961333" w:rsidRPr="009323E4" w:rsidRDefault="00C85E30">
      <w:pPr>
        <w:pStyle w:val="Heading1"/>
        <w:rPr>
          <w:color w:val="F79646" w:themeColor="accent6"/>
        </w:rPr>
      </w:pPr>
      <w:r w:rsidRPr="009323E4">
        <w:rPr>
          <w:rFonts w:ascii="Arial" w:hAnsi="Arial"/>
          <w:color w:val="F79646" w:themeColor="accent6"/>
        </w:rPr>
        <w:lastRenderedPageBreak/>
        <w:t>4. Geographic Presence, Access and Community Legitimacy</w:t>
      </w:r>
      <w:r w:rsidR="005E3B5F" w:rsidRPr="009323E4">
        <w:rPr>
          <w:rStyle w:val="FootnoteReference"/>
          <w:rFonts w:ascii="Arial" w:hAnsi="Arial"/>
          <w:color w:val="F79646" w:themeColor="accent6"/>
        </w:rPr>
        <w:footnoteReference w:id="3"/>
      </w:r>
    </w:p>
    <w:tbl>
      <w:tblPr>
        <w:tblStyle w:val="GridTable4-Accent6"/>
        <w:tblW w:w="0" w:type="auto"/>
        <w:tblLayout w:type="fixed"/>
        <w:tblLook w:val="04A0" w:firstRow="1" w:lastRow="0" w:firstColumn="1" w:lastColumn="0" w:noHBand="0" w:noVBand="1"/>
      </w:tblPr>
      <w:tblGrid>
        <w:gridCol w:w="1224"/>
        <w:gridCol w:w="1152"/>
        <w:gridCol w:w="2232"/>
        <w:gridCol w:w="936"/>
        <w:gridCol w:w="3024"/>
        <w:gridCol w:w="1627"/>
      </w:tblGrid>
      <w:tr w:rsidR="00961333" w14:paraId="79A37A3A"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4" w:type="dxa"/>
          </w:tcPr>
          <w:p w14:paraId="27090D15" w14:textId="77777777" w:rsidR="00961333" w:rsidRDefault="00C85E30">
            <w:pPr>
              <w:spacing w:before="40" w:after="60" w:line="240" w:lineRule="auto"/>
            </w:pPr>
            <w:r>
              <w:rPr>
                <w:color w:val="FFFFFF"/>
                <w:sz w:val="18"/>
              </w:rPr>
              <w:t>Governorate</w:t>
            </w:r>
          </w:p>
        </w:tc>
        <w:tc>
          <w:tcPr>
            <w:tcW w:w="1152" w:type="dxa"/>
          </w:tcPr>
          <w:p w14:paraId="2147976D"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District(s)</w:t>
            </w:r>
          </w:p>
        </w:tc>
        <w:tc>
          <w:tcPr>
            <w:tcW w:w="2232" w:type="dxa"/>
          </w:tcPr>
          <w:p w14:paraId="5288FE4C" w14:textId="2DA1248F" w:rsidR="007A6B8F" w:rsidRPr="009A103B" w:rsidRDefault="00C85E30" w:rsidP="009A103B">
            <w:pPr>
              <w:spacing w:before="40" w:after="60" w:line="240" w:lineRule="auto"/>
              <w:cnfStyle w:val="100000000000" w:firstRow="1" w:lastRow="0" w:firstColumn="0" w:lastColumn="0" w:oddVBand="0" w:evenVBand="0" w:oddHBand="0" w:evenHBand="0" w:firstRowFirstColumn="0" w:firstRowLastColumn="0" w:lastRowFirstColumn="0" w:lastRowLastColumn="0"/>
              <w:rPr>
                <w:b w:val="0"/>
                <w:color w:val="FFFFFF"/>
                <w:sz w:val="15"/>
              </w:rPr>
            </w:pPr>
            <w:r>
              <w:rPr>
                <w:color w:val="FFFFFF"/>
                <w:sz w:val="18"/>
              </w:rPr>
              <w:t>Type of presence</w:t>
            </w:r>
            <w:r w:rsidR="009A103B">
              <w:rPr>
                <w:color w:val="FFFFFF"/>
                <w:sz w:val="18"/>
              </w:rPr>
              <w:t xml:space="preserve"> (office, field team presence</w:t>
            </w:r>
            <w:r w:rsidR="00AF59C9">
              <w:rPr>
                <w:color w:val="FFFFFF"/>
                <w:sz w:val="18"/>
              </w:rPr>
              <w:t xml:space="preserve">, through other partners, CBOs, </w:t>
            </w:r>
            <w:r w:rsidR="005E3B5F">
              <w:rPr>
                <w:color w:val="FFFFFF"/>
                <w:sz w:val="18"/>
              </w:rPr>
              <w:t>etc.</w:t>
            </w:r>
            <w:r w:rsidR="00AF59C9">
              <w:rPr>
                <w:color w:val="FFFFFF"/>
                <w:sz w:val="18"/>
              </w:rPr>
              <w:t xml:space="preserve"> or any other type of presence with </w:t>
            </w:r>
            <w:r w:rsidR="00695DFA">
              <w:rPr>
                <w:color w:val="FFFFFF"/>
                <w:sz w:val="18"/>
              </w:rPr>
              <w:t>clarification</w:t>
            </w:r>
            <w:r w:rsidR="00AF59C9">
              <w:rPr>
                <w:color w:val="FFFFFF"/>
                <w:sz w:val="18"/>
              </w:rPr>
              <w:t>)</w:t>
            </w:r>
          </w:p>
        </w:tc>
        <w:tc>
          <w:tcPr>
            <w:tcW w:w="936" w:type="dxa"/>
          </w:tcPr>
          <w:p w14:paraId="6C90914F" w14:textId="4AB542AD"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Since</w:t>
            </w:r>
            <w:r w:rsidR="00DF48B7">
              <w:rPr>
                <w:color w:val="FFFFFF"/>
                <w:sz w:val="18"/>
              </w:rPr>
              <w:t xml:space="preserve"> (which year)</w:t>
            </w:r>
          </w:p>
        </w:tc>
        <w:tc>
          <w:tcPr>
            <w:tcW w:w="3024" w:type="dxa"/>
          </w:tcPr>
          <w:p w14:paraId="01236C87" w14:textId="5616B69F"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 xml:space="preserve">Key community </w:t>
            </w:r>
            <w:proofErr w:type="gramStart"/>
            <w:r w:rsidR="00231520">
              <w:rPr>
                <w:color w:val="FFFFFF"/>
                <w:sz w:val="18"/>
              </w:rPr>
              <w:t>stakeholders</w:t>
            </w:r>
            <w:proofErr w:type="gramEnd"/>
            <w:r w:rsidR="00CE2AB3">
              <w:rPr>
                <w:color w:val="FFFFFF"/>
                <w:sz w:val="18"/>
              </w:rPr>
              <w:t xml:space="preserve">/ contact people (list the type of stakeholders or their </w:t>
            </w:r>
            <w:r w:rsidR="00964346">
              <w:rPr>
                <w:color w:val="FFFFFF"/>
                <w:sz w:val="18"/>
              </w:rPr>
              <w:t xml:space="preserve">positions/ job titles like Mukhtars, Local government entities like municipality. Directorate of </w:t>
            </w:r>
            <w:r w:rsidR="003659C2">
              <w:rPr>
                <w:color w:val="FFFFFF"/>
                <w:sz w:val="18"/>
              </w:rPr>
              <w:t>H</w:t>
            </w:r>
            <w:r w:rsidR="00964346">
              <w:rPr>
                <w:color w:val="FFFFFF"/>
                <w:sz w:val="18"/>
              </w:rPr>
              <w:t xml:space="preserve">ealth, </w:t>
            </w:r>
            <w:r w:rsidR="003659C2">
              <w:rPr>
                <w:color w:val="FFFFFF"/>
                <w:sz w:val="18"/>
              </w:rPr>
              <w:t>D</w:t>
            </w:r>
            <w:r w:rsidR="00964346">
              <w:rPr>
                <w:color w:val="FFFFFF"/>
                <w:sz w:val="18"/>
              </w:rPr>
              <w:t xml:space="preserve">irectorate of </w:t>
            </w:r>
            <w:r w:rsidR="003659C2">
              <w:rPr>
                <w:color w:val="FFFFFF"/>
                <w:sz w:val="18"/>
              </w:rPr>
              <w:t>Agriculture</w:t>
            </w:r>
            <w:r w:rsidR="00964346">
              <w:rPr>
                <w:color w:val="FFFFFF"/>
                <w:sz w:val="18"/>
              </w:rPr>
              <w:t xml:space="preserve">, </w:t>
            </w:r>
            <w:r w:rsidR="003659C2">
              <w:rPr>
                <w:color w:val="FFFFFF"/>
                <w:sz w:val="18"/>
              </w:rPr>
              <w:t>R</w:t>
            </w:r>
            <w:r w:rsidR="00964346">
              <w:rPr>
                <w:color w:val="FFFFFF"/>
                <w:sz w:val="18"/>
              </w:rPr>
              <w:t xml:space="preserve">eligious </w:t>
            </w:r>
            <w:r w:rsidR="003659C2">
              <w:rPr>
                <w:color w:val="FFFFFF"/>
                <w:sz w:val="18"/>
              </w:rPr>
              <w:t>L</w:t>
            </w:r>
            <w:r w:rsidR="00964346">
              <w:rPr>
                <w:color w:val="FFFFFF"/>
                <w:sz w:val="18"/>
              </w:rPr>
              <w:t xml:space="preserve">eaders, </w:t>
            </w:r>
            <w:r w:rsidR="003659C2">
              <w:rPr>
                <w:color w:val="FFFFFF"/>
                <w:sz w:val="18"/>
              </w:rPr>
              <w:t>C</w:t>
            </w:r>
            <w:r w:rsidR="00695DFA">
              <w:rPr>
                <w:color w:val="FFFFFF"/>
                <w:sz w:val="18"/>
              </w:rPr>
              <w:t>ommunity</w:t>
            </w:r>
            <w:r w:rsidR="00964346">
              <w:rPr>
                <w:color w:val="FFFFFF"/>
                <w:sz w:val="18"/>
              </w:rPr>
              <w:t xml:space="preserve"> </w:t>
            </w:r>
            <w:r w:rsidR="003659C2">
              <w:rPr>
                <w:color w:val="FFFFFF"/>
                <w:sz w:val="18"/>
              </w:rPr>
              <w:t>L</w:t>
            </w:r>
            <w:r w:rsidR="00964346">
              <w:rPr>
                <w:color w:val="FFFFFF"/>
                <w:sz w:val="18"/>
              </w:rPr>
              <w:t>eaders</w:t>
            </w:r>
            <w:r w:rsidR="00695DFA">
              <w:rPr>
                <w:color w:val="FFFFFF"/>
                <w:sz w:val="18"/>
              </w:rPr>
              <w:t xml:space="preserve">, </w:t>
            </w:r>
            <w:proofErr w:type="spellStart"/>
            <w:r w:rsidR="00695DFA">
              <w:rPr>
                <w:color w:val="FFFFFF"/>
                <w:sz w:val="18"/>
              </w:rPr>
              <w:t>etc</w:t>
            </w:r>
            <w:proofErr w:type="spellEnd"/>
            <w:r w:rsidR="00695DFA">
              <w:rPr>
                <w:color w:val="FFFFFF"/>
                <w:sz w:val="18"/>
              </w:rPr>
              <w:t>)</w:t>
            </w:r>
          </w:p>
        </w:tc>
        <w:tc>
          <w:tcPr>
            <w:tcW w:w="1627" w:type="dxa"/>
          </w:tcPr>
          <w:p w14:paraId="47072F04" w14:textId="66646C3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Example evidence reference</w:t>
            </w:r>
            <w:r w:rsidR="00695DFA">
              <w:rPr>
                <w:color w:val="FFFFFF"/>
                <w:sz w:val="18"/>
              </w:rPr>
              <w:t xml:space="preserve"> (through a report, social media, </w:t>
            </w:r>
            <w:proofErr w:type="spellStart"/>
            <w:r w:rsidR="00695DFA">
              <w:rPr>
                <w:color w:val="FFFFFF"/>
                <w:sz w:val="18"/>
              </w:rPr>
              <w:t>etc</w:t>
            </w:r>
            <w:proofErr w:type="spellEnd"/>
            <w:r w:rsidR="00695DFA">
              <w:rPr>
                <w:color w:val="FFFFFF"/>
                <w:sz w:val="18"/>
              </w:rPr>
              <w:t>)</w:t>
            </w:r>
          </w:p>
        </w:tc>
      </w:tr>
      <w:tr w:rsidR="00961333" w14:paraId="60CADA8D"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4" w:type="dxa"/>
          </w:tcPr>
          <w:p w14:paraId="0F94FD35" w14:textId="77777777" w:rsidR="00961333" w:rsidRPr="009323E4" w:rsidRDefault="00C85E30">
            <w:pPr>
              <w:spacing w:before="40" w:after="60" w:line="240" w:lineRule="auto"/>
              <w:rPr>
                <w:b w:val="0"/>
                <w:bCs w:val="0"/>
              </w:rPr>
            </w:pPr>
            <w:r w:rsidRPr="003659C2">
              <w:rPr>
                <w:sz w:val="18"/>
              </w:rPr>
              <w:t>[Enter]</w:t>
            </w:r>
          </w:p>
        </w:tc>
        <w:tc>
          <w:tcPr>
            <w:tcW w:w="1152" w:type="dxa"/>
          </w:tcPr>
          <w:p w14:paraId="61C290B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2232" w:type="dxa"/>
          </w:tcPr>
          <w:p w14:paraId="00370B7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936" w:type="dxa"/>
          </w:tcPr>
          <w:p w14:paraId="5ABE6F5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3024" w:type="dxa"/>
          </w:tcPr>
          <w:p w14:paraId="56C1A05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627" w:type="dxa"/>
          </w:tcPr>
          <w:p w14:paraId="5D31F68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r>
      <w:tr w:rsidR="00961333" w14:paraId="21E4677B" w14:textId="77777777" w:rsidTr="009323E4">
        <w:tc>
          <w:tcPr>
            <w:cnfStyle w:val="001000000000" w:firstRow="0" w:lastRow="0" w:firstColumn="1" w:lastColumn="0" w:oddVBand="0" w:evenVBand="0" w:oddHBand="0" w:evenHBand="0" w:firstRowFirstColumn="0" w:firstRowLastColumn="0" w:lastRowFirstColumn="0" w:lastRowLastColumn="0"/>
            <w:tcW w:w="1224" w:type="dxa"/>
          </w:tcPr>
          <w:p w14:paraId="612F40B1" w14:textId="77777777" w:rsidR="00961333" w:rsidRPr="009323E4" w:rsidRDefault="00C85E30">
            <w:pPr>
              <w:spacing w:before="40" w:after="60" w:line="240" w:lineRule="auto"/>
              <w:rPr>
                <w:b w:val="0"/>
                <w:bCs w:val="0"/>
              </w:rPr>
            </w:pPr>
            <w:r w:rsidRPr="003659C2">
              <w:rPr>
                <w:sz w:val="18"/>
              </w:rPr>
              <w:t>[Enter]</w:t>
            </w:r>
          </w:p>
        </w:tc>
        <w:tc>
          <w:tcPr>
            <w:tcW w:w="1152" w:type="dxa"/>
          </w:tcPr>
          <w:p w14:paraId="6CD1AE9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2232" w:type="dxa"/>
          </w:tcPr>
          <w:p w14:paraId="43241DC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936" w:type="dxa"/>
          </w:tcPr>
          <w:p w14:paraId="5B97B21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3024" w:type="dxa"/>
          </w:tcPr>
          <w:p w14:paraId="6598D34E"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627" w:type="dxa"/>
          </w:tcPr>
          <w:p w14:paraId="32EF5032"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r>
      <w:tr w:rsidR="00961333" w14:paraId="39D74A2D"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4" w:type="dxa"/>
          </w:tcPr>
          <w:p w14:paraId="5262A0F1" w14:textId="77777777" w:rsidR="00961333" w:rsidRPr="009323E4" w:rsidRDefault="00C85E30">
            <w:pPr>
              <w:spacing w:before="40" w:after="60" w:line="240" w:lineRule="auto"/>
              <w:rPr>
                <w:b w:val="0"/>
                <w:bCs w:val="0"/>
              </w:rPr>
            </w:pPr>
            <w:r w:rsidRPr="003659C2">
              <w:rPr>
                <w:sz w:val="18"/>
              </w:rPr>
              <w:t>[Enter]</w:t>
            </w:r>
          </w:p>
        </w:tc>
        <w:tc>
          <w:tcPr>
            <w:tcW w:w="1152" w:type="dxa"/>
          </w:tcPr>
          <w:p w14:paraId="2CC50D6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2232" w:type="dxa"/>
          </w:tcPr>
          <w:p w14:paraId="1EA0DA3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936" w:type="dxa"/>
          </w:tcPr>
          <w:p w14:paraId="1BDFBAE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3024" w:type="dxa"/>
          </w:tcPr>
          <w:p w14:paraId="7113259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627" w:type="dxa"/>
          </w:tcPr>
          <w:p w14:paraId="0695BF4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r>
      <w:tr w:rsidR="00961333" w14:paraId="2549A4FF" w14:textId="77777777" w:rsidTr="009323E4">
        <w:tc>
          <w:tcPr>
            <w:cnfStyle w:val="001000000000" w:firstRow="0" w:lastRow="0" w:firstColumn="1" w:lastColumn="0" w:oddVBand="0" w:evenVBand="0" w:oddHBand="0" w:evenHBand="0" w:firstRowFirstColumn="0" w:firstRowLastColumn="0" w:lastRowFirstColumn="0" w:lastRowLastColumn="0"/>
            <w:tcW w:w="1224" w:type="dxa"/>
          </w:tcPr>
          <w:p w14:paraId="13457C36" w14:textId="77777777" w:rsidR="00961333" w:rsidRPr="009323E4" w:rsidRDefault="00C85E30">
            <w:pPr>
              <w:spacing w:before="40" w:after="60" w:line="240" w:lineRule="auto"/>
              <w:rPr>
                <w:b w:val="0"/>
                <w:bCs w:val="0"/>
              </w:rPr>
            </w:pPr>
            <w:r w:rsidRPr="003659C2">
              <w:rPr>
                <w:sz w:val="18"/>
              </w:rPr>
              <w:t>[Enter]</w:t>
            </w:r>
          </w:p>
        </w:tc>
        <w:tc>
          <w:tcPr>
            <w:tcW w:w="1152" w:type="dxa"/>
          </w:tcPr>
          <w:p w14:paraId="6BBAF19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2232" w:type="dxa"/>
          </w:tcPr>
          <w:p w14:paraId="7DD4179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936" w:type="dxa"/>
          </w:tcPr>
          <w:p w14:paraId="4C9A940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3024" w:type="dxa"/>
          </w:tcPr>
          <w:p w14:paraId="612D16E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627" w:type="dxa"/>
          </w:tcPr>
          <w:p w14:paraId="19D541C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r>
      <w:tr w:rsidR="00961333" w14:paraId="70DD38CF"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4" w:type="dxa"/>
          </w:tcPr>
          <w:p w14:paraId="154B9079" w14:textId="77777777" w:rsidR="00961333" w:rsidRPr="009323E4" w:rsidRDefault="00C85E30">
            <w:pPr>
              <w:spacing w:before="40" w:after="60" w:line="240" w:lineRule="auto"/>
              <w:rPr>
                <w:b w:val="0"/>
                <w:bCs w:val="0"/>
              </w:rPr>
            </w:pPr>
            <w:r w:rsidRPr="003659C2">
              <w:rPr>
                <w:sz w:val="18"/>
              </w:rPr>
              <w:t>[Enter]</w:t>
            </w:r>
          </w:p>
        </w:tc>
        <w:tc>
          <w:tcPr>
            <w:tcW w:w="1152" w:type="dxa"/>
          </w:tcPr>
          <w:p w14:paraId="0EF23087"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2232" w:type="dxa"/>
          </w:tcPr>
          <w:p w14:paraId="7C3C51D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936" w:type="dxa"/>
          </w:tcPr>
          <w:p w14:paraId="311D1BD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3024" w:type="dxa"/>
          </w:tcPr>
          <w:p w14:paraId="44C20CD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627" w:type="dxa"/>
          </w:tcPr>
          <w:p w14:paraId="6373E9C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r>
      <w:tr w:rsidR="00961333" w14:paraId="295B1A65" w14:textId="77777777" w:rsidTr="009323E4">
        <w:tc>
          <w:tcPr>
            <w:cnfStyle w:val="001000000000" w:firstRow="0" w:lastRow="0" w:firstColumn="1" w:lastColumn="0" w:oddVBand="0" w:evenVBand="0" w:oddHBand="0" w:evenHBand="0" w:firstRowFirstColumn="0" w:firstRowLastColumn="0" w:lastRowFirstColumn="0" w:lastRowLastColumn="0"/>
            <w:tcW w:w="1224" w:type="dxa"/>
          </w:tcPr>
          <w:p w14:paraId="71D94725" w14:textId="77777777" w:rsidR="00961333" w:rsidRPr="009323E4" w:rsidRDefault="00C85E30">
            <w:pPr>
              <w:spacing w:before="40" w:after="60" w:line="240" w:lineRule="auto"/>
              <w:rPr>
                <w:b w:val="0"/>
                <w:bCs w:val="0"/>
              </w:rPr>
            </w:pPr>
            <w:r w:rsidRPr="003659C2">
              <w:rPr>
                <w:sz w:val="18"/>
              </w:rPr>
              <w:t>[Enter]</w:t>
            </w:r>
          </w:p>
        </w:tc>
        <w:tc>
          <w:tcPr>
            <w:tcW w:w="1152" w:type="dxa"/>
          </w:tcPr>
          <w:p w14:paraId="378B50A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2232" w:type="dxa"/>
          </w:tcPr>
          <w:p w14:paraId="76A1D40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936" w:type="dxa"/>
          </w:tcPr>
          <w:p w14:paraId="39502E0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3024" w:type="dxa"/>
          </w:tcPr>
          <w:p w14:paraId="54032EA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627" w:type="dxa"/>
          </w:tcPr>
          <w:p w14:paraId="192130D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r>
    </w:tbl>
    <w:p w14:paraId="27106551" w14:textId="17620D03" w:rsidR="00961333" w:rsidRPr="009323E4" w:rsidRDefault="00C85E30">
      <w:pPr>
        <w:pStyle w:val="Heading2"/>
        <w:rPr>
          <w:color w:val="F79646" w:themeColor="accent6"/>
        </w:rPr>
      </w:pPr>
      <w:r w:rsidRPr="009323E4">
        <w:rPr>
          <w:rFonts w:ascii="Arial" w:hAnsi="Arial"/>
          <w:color w:val="F79646" w:themeColor="accent6"/>
        </w:rPr>
        <w:t xml:space="preserve">4.1 Access and community </w:t>
      </w:r>
      <w:r w:rsidR="00F14B2E" w:rsidRPr="009323E4">
        <w:rPr>
          <w:rFonts w:ascii="Arial" w:hAnsi="Arial"/>
          <w:color w:val="F79646" w:themeColor="accent6"/>
        </w:rPr>
        <w:t>legitimacy</w:t>
      </w:r>
      <w:r w:rsidR="00F14B2E" w:rsidRPr="009323E4">
        <w:rPr>
          <w:rFonts w:ascii="Arial" w:hAnsi="Arial"/>
          <w:i/>
          <w:color w:val="F79646" w:themeColor="accent6"/>
        </w:rPr>
        <w:t xml:space="preserve"> [</w:t>
      </w:r>
      <w:r w:rsidRPr="009323E4">
        <w:rPr>
          <w:rFonts w:ascii="Arial" w:hAnsi="Arial"/>
          <w:i/>
          <w:color w:val="F79646" w:themeColor="accent6"/>
        </w:rPr>
        <w:t>Limit: 300 words]</w:t>
      </w:r>
    </w:p>
    <w:p w14:paraId="3B0B98FC" w14:textId="77777777" w:rsidR="00961333" w:rsidRDefault="00C85E30" w:rsidP="009323E4">
      <w:pPr>
        <w:keepNext/>
        <w:spacing w:after="60"/>
        <w:jc w:val="both"/>
      </w:pPr>
      <w:r>
        <w:t xml:space="preserve">Identify where your organization is based within the Kurdistan Region of Iraq (KRI), Ninawa, </w:t>
      </w:r>
      <w:proofErr w:type="spellStart"/>
      <w:r>
        <w:t>Thi</w:t>
      </w:r>
      <w:proofErr w:type="spellEnd"/>
      <w:r>
        <w:t xml:space="preserve"> </w:t>
      </w:r>
      <w:proofErr w:type="spellStart"/>
      <w:r>
        <w:t>Qar</w:t>
      </w:r>
      <w:proofErr w:type="spellEnd"/>
      <w:r>
        <w:t>, Basra or Baghdad. Briefly explain how the organization maintains access, community acceptance and local relationships in its priority areas. Include how communities participate in or influence programming.</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54471B51" w14:textId="77777777">
        <w:trPr>
          <w:cantSplit/>
          <w:jc w:val="center"/>
        </w:trPr>
        <w:tc>
          <w:tcPr>
            <w:tcW w:w="10200" w:type="dxa"/>
            <w:shd w:val="clear" w:color="auto" w:fill="FFFFFF"/>
            <w:tcMar>
              <w:top w:w="100" w:type="dxa"/>
              <w:left w:w="100" w:type="dxa"/>
              <w:bottom w:w="100" w:type="dxa"/>
              <w:right w:w="100" w:type="dxa"/>
            </w:tcMar>
          </w:tcPr>
          <w:p w14:paraId="46F8DD1A" w14:textId="77777777" w:rsidR="00961333" w:rsidRDefault="00C85E30">
            <w:pPr>
              <w:spacing w:before="40" w:after="60" w:line="240" w:lineRule="auto"/>
            </w:pPr>
            <w:r>
              <w:t>[Applicant response]</w:t>
            </w:r>
            <w:r>
              <w:br/>
            </w:r>
            <w:r>
              <w:br/>
            </w:r>
            <w:r>
              <w:br/>
            </w:r>
            <w:r>
              <w:br/>
            </w:r>
          </w:p>
        </w:tc>
      </w:tr>
    </w:tbl>
    <w:p w14:paraId="46EFC958" w14:textId="77777777" w:rsidR="00961333" w:rsidRDefault="00961333"/>
    <w:p w14:paraId="780C036A" w14:textId="77777777" w:rsidR="00961333" w:rsidRDefault="00C85E30" w:rsidP="009323E4">
      <w:pPr>
        <w:jc w:val="both"/>
      </w:pPr>
      <w:r>
        <w:t>Indicative evidence: project history, institutional references, coordination/network membership, office/presence information, community engagement mechanisms or other credible evidence. CARE may verify consistency through references, project records, clarification and legitimate contextual/local knowledge. An office lease or physical-office evidence is not required unless specifically requested later.</w:t>
      </w:r>
    </w:p>
    <w:p w14:paraId="7FEC0086" w14:textId="77777777" w:rsidR="00961333" w:rsidRDefault="00C85E30">
      <w:pPr>
        <w:pStyle w:val="Heading1"/>
      </w:pPr>
      <w:r w:rsidRPr="009323E4">
        <w:rPr>
          <w:rFonts w:ascii="Arial" w:hAnsi="Arial"/>
          <w:color w:val="F79646" w:themeColor="accent6"/>
        </w:rPr>
        <w:t>5. Thematic Areas and Technical Experience</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0D4E5EA4" w14:textId="77777777" w:rsidTr="009323E4">
        <w:trPr>
          <w:cantSplit/>
          <w:jc w:val="center"/>
        </w:trPr>
        <w:tc>
          <w:tcPr>
            <w:tcW w:w="10200" w:type="dxa"/>
            <w:shd w:val="clear" w:color="auto" w:fill="FDE9D9" w:themeFill="accent6" w:themeFillTint="33"/>
            <w:tcMar>
              <w:top w:w="120" w:type="dxa"/>
              <w:left w:w="120" w:type="dxa"/>
              <w:bottom w:w="120" w:type="dxa"/>
              <w:right w:w="120" w:type="dxa"/>
            </w:tcMar>
          </w:tcPr>
          <w:p w14:paraId="1BDD212C" w14:textId="77777777" w:rsidR="00961333" w:rsidRDefault="00C85E30">
            <w:pPr>
              <w:spacing w:before="40" w:after="60" w:line="240" w:lineRule="auto"/>
            </w:pPr>
            <w:r>
              <w:rPr>
                <w:b/>
              </w:rPr>
              <w:t>Climate is a distinct CARE Iraq sector</w:t>
            </w:r>
            <w:r>
              <w:br/>
              <w:t>Climate Resilience and Adaptation must be selected and evidenced separately where the organization claims climate expertise. Relevant evidence may include climate risk analysis, locally led adaptation, climate-smart livelihoods, ecosystem/natural-resource approaches, climate-related DRR, adaptation planning or other climate resilience programming.</w:t>
            </w:r>
          </w:p>
        </w:tc>
      </w:tr>
    </w:tbl>
    <w:p w14:paraId="12918243" w14:textId="77777777" w:rsidR="00961333" w:rsidRDefault="00961333"/>
    <w:tbl>
      <w:tblPr>
        <w:tblStyle w:val="GridTable4-Accent6"/>
        <w:tblW w:w="0" w:type="auto"/>
        <w:tblLook w:val="04A0" w:firstRow="1" w:lastRow="0" w:firstColumn="1" w:lastColumn="0" w:noHBand="0" w:noVBand="1"/>
      </w:tblPr>
      <w:tblGrid>
        <w:gridCol w:w="1700"/>
        <w:gridCol w:w="1445"/>
        <w:gridCol w:w="1620"/>
        <w:gridCol w:w="1710"/>
        <w:gridCol w:w="1350"/>
        <w:gridCol w:w="2365"/>
      </w:tblGrid>
      <w:tr w:rsidR="00961333" w14:paraId="0200CA00"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733EFF28" w14:textId="77777777" w:rsidR="00961333" w:rsidRDefault="00C85E30">
            <w:pPr>
              <w:spacing w:before="40" w:after="60" w:line="240" w:lineRule="auto"/>
            </w:pPr>
            <w:r>
              <w:rPr>
                <w:color w:val="FFFFFF"/>
                <w:sz w:val="18"/>
              </w:rPr>
              <w:t>CARE Iraq thematic area</w:t>
            </w:r>
          </w:p>
        </w:tc>
        <w:tc>
          <w:tcPr>
            <w:tcW w:w="1445" w:type="dxa"/>
          </w:tcPr>
          <w:p w14:paraId="52CF91EC"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Relevant?</w:t>
            </w:r>
          </w:p>
        </w:tc>
        <w:tc>
          <w:tcPr>
            <w:tcW w:w="1620" w:type="dxa"/>
          </w:tcPr>
          <w:p w14:paraId="001DF643"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Years of experience</w:t>
            </w:r>
          </w:p>
        </w:tc>
        <w:tc>
          <w:tcPr>
            <w:tcW w:w="1710" w:type="dxa"/>
          </w:tcPr>
          <w:p w14:paraId="187D0E8E"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Main governorates</w:t>
            </w:r>
          </w:p>
        </w:tc>
        <w:tc>
          <w:tcPr>
            <w:tcW w:w="1350" w:type="dxa"/>
          </w:tcPr>
          <w:p w14:paraId="10A4297E"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proofErr w:type="gramStart"/>
            <w:r>
              <w:rPr>
                <w:color w:val="FFFFFF"/>
                <w:sz w:val="18"/>
              </w:rPr>
              <w:t>Approx. #</w:t>
            </w:r>
            <w:proofErr w:type="gramEnd"/>
            <w:r>
              <w:rPr>
                <w:color w:val="FFFFFF"/>
                <w:sz w:val="18"/>
              </w:rPr>
              <w:t xml:space="preserve"> relevant projects</w:t>
            </w:r>
          </w:p>
        </w:tc>
        <w:tc>
          <w:tcPr>
            <w:tcW w:w="2365" w:type="dxa"/>
          </w:tcPr>
          <w:p w14:paraId="04D888B2" w14:textId="5E7227D3"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Primary evidence reference(s)</w:t>
            </w:r>
            <w:r w:rsidR="00BC3D90">
              <w:rPr>
                <w:color w:val="FFFFFF"/>
                <w:sz w:val="18"/>
              </w:rPr>
              <w:t xml:space="preserve"> (this may include capacity statements, project reports</w:t>
            </w:r>
            <w:r w:rsidR="00931136">
              <w:rPr>
                <w:color w:val="FFFFFF"/>
                <w:sz w:val="18"/>
              </w:rPr>
              <w:t xml:space="preserve"> or briefs, </w:t>
            </w:r>
            <w:proofErr w:type="spellStart"/>
            <w:r w:rsidR="00931136">
              <w:rPr>
                <w:color w:val="FFFFFF"/>
                <w:sz w:val="18"/>
              </w:rPr>
              <w:t>etc</w:t>
            </w:r>
            <w:proofErr w:type="spellEnd"/>
            <w:r w:rsidR="00931136">
              <w:rPr>
                <w:color w:val="FFFFFF"/>
                <w:sz w:val="18"/>
              </w:rPr>
              <w:t>)</w:t>
            </w:r>
          </w:p>
        </w:tc>
      </w:tr>
      <w:tr w:rsidR="00961333" w14:paraId="2E150834"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7352038C" w14:textId="77777777" w:rsidR="00961333" w:rsidRPr="009323E4" w:rsidRDefault="00C85E30">
            <w:pPr>
              <w:spacing w:before="40" w:after="60" w:line="240" w:lineRule="auto"/>
              <w:rPr>
                <w:b w:val="0"/>
                <w:bCs w:val="0"/>
              </w:rPr>
            </w:pPr>
            <w:r w:rsidRPr="0044005D">
              <w:rPr>
                <w:sz w:val="18"/>
              </w:rPr>
              <w:t>Protection</w:t>
            </w:r>
          </w:p>
        </w:tc>
        <w:tc>
          <w:tcPr>
            <w:tcW w:w="1445" w:type="dxa"/>
          </w:tcPr>
          <w:p w14:paraId="2C5F01F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53DA1C5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710" w:type="dxa"/>
          </w:tcPr>
          <w:p w14:paraId="717E32B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350" w:type="dxa"/>
          </w:tcPr>
          <w:p w14:paraId="116D3D2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2365" w:type="dxa"/>
          </w:tcPr>
          <w:p w14:paraId="26D0A9F6"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w:t>
            </w:r>
            <w:proofErr w:type="gramStart"/>
            <w:r>
              <w:rPr>
                <w:sz w:val="18"/>
              </w:rPr>
              <w:t>E## /</w:t>
            </w:r>
            <w:proofErr w:type="gramEnd"/>
            <w:r>
              <w:rPr>
                <w:sz w:val="18"/>
              </w:rPr>
              <w:t xml:space="preserve"> project reference]</w:t>
            </w:r>
          </w:p>
        </w:tc>
      </w:tr>
      <w:tr w:rsidR="00961333" w14:paraId="00CB0CE6" w14:textId="77777777" w:rsidTr="009323E4">
        <w:tc>
          <w:tcPr>
            <w:cnfStyle w:val="001000000000" w:firstRow="0" w:lastRow="0" w:firstColumn="1" w:lastColumn="0" w:oddVBand="0" w:evenVBand="0" w:oddHBand="0" w:evenHBand="0" w:firstRowFirstColumn="0" w:firstRowLastColumn="0" w:lastRowFirstColumn="0" w:lastRowLastColumn="0"/>
            <w:tcW w:w="1700" w:type="dxa"/>
          </w:tcPr>
          <w:p w14:paraId="77E87174" w14:textId="5C6EB240" w:rsidR="00961333" w:rsidRPr="009323E4" w:rsidRDefault="00C85E30">
            <w:pPr>
              <w:spacing w:before="40" w:after="60" w:line="240" w:lineRule="auto"/>
              <w:rPr>
                <w:b w:val="0"/>
                <w:bCs w:val="0"/>
              </w:rPr>
            </w:pPr>
            <w:r w:rsidRPr="0044005D">
              <w:rPr>
                <w:sz w:val="18"/>
              </w:rPr>
              <w:t>Women and Girls Empowerment</w:t>
            </w:r>
          </w:p>
        </w:tc>
        <w:tc>
          <w:tcPr>
            <w:tcW w:w="1445" w:type="dxa"/>
          </w:tcPr>
          <w:p w14:paraId="2B5562AF"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05B78AA7"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710" w:type="dxa"/>
          </w:tcPr>
          <w:p w14:paraId="6D4EC92F"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350" w:type="dxa"/>
          </w:tcPr>
          <w:p w14:paraId="028909D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2365" w:type="dxa"/>
          </w:tcPr>
          <w:p w14:paraId="5E4B10A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w:t>
            </w:r>
            <w:proofErr w:type="gramStart"/>
            <w:r>
              <w:rPr>
                <w:sz w:val="18"/>
              </w:rPr>
              <w:t>E## /</w:t>
            </w:r>
            <w:proofErr w:type="gramEnd"/>
            <w:r>
              <w:rPr>
                <w:sz w:val="18"/>
              </w:rPr>
              <w:t xml:space="preserve"> project reference]</w:t>
            </w:r>
          </w:p>
        </w:tc>
      </w:tr>
      <w:tr w:rsidR="00961333" w14:paraId="65825EEA"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08BA9472" w14:textId="77777777" w:rsidR="00961333" w:rsidRPr="009323E4" w:rsidRDefault="00C85E30">
            <w:pPr>
              <w:spacing w:before="40" w:after="60" w:line="240" w:lineRule="auto"/>
              <w:rPr>
                <w:b w:val="0"/>
                <w:bCs w:val="0"/>
              </w:rPr>
            </w:pPr>
            <w:r w:rsidRPr="0044005D">
              <w:rPr>
                <w:sz w:val="18"/>
              </w:rPr>
              <w:lastRenderedPageBreak/>
              <w:t>Climate Resilience and Adaptation</w:t>
            </w:r>
          </w:p>
        </w:tc>
        <w:tc>
          <w:tcPr>
            <w:tcW w:w="1445" w:type="dxa"/>
          </w:tcPr>
          <w:p w14:paraId="78DD986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682D901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710" w:type="dxa"/>
          </w:tcPr>
          <w:p w14:paraId="36FD6F3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350" w:type="dxa"/>
          </w:tcPr>
          <w:p w14:paraId="33A1496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2365" w:type="dxa"/>
          </w:tcPr>
          <w:p w14:paraId="4D8AEBB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w:t>
            </w:r>
            <w:proofErr w:type="gramStart"/>
            <w:r>
              <w:rPr>
                <w:sz w:val="18"/>
              </w:rPr>
              <w:t>E## /</w:t>
            </w:r>
            <w:proofErr w:type="gramEnd"/>
            <w:r>
              <w:rPr>
                <w:sz w:val="18"/>
              </w:rPr>
              <w:t xml:space="preserve"> project reference]</w:t>
            </w:r>
          </w:p>
        </w:tc>
      </w:tr>
      <w:tr w:rsidR="00961333" w14:paraId="414335A9" w14:textId="77777777" w:rsidTr="009323E4">
        <w:tc>
          <w:tcPr>
            <w:cnfStyle w:val="001000000000" w:firstRow="0" w:lastRow="0" w:firstColumn="1" w:lastColumn="0" w:oddVBand="0" w:evenVBand="0" w:oddHBand="0" w:evenHBand="0" w:firstRowFirstColumn="0" w:firstRowLastColumn="0" w:lastRowFirstColumn="0" w:lastRowLastColumn="0"/>
            <w:tcW w:w="1700" w:type="dxa"/>
          </w:tcPr>
          <w:p w14:paraId="55802C1F" w14:textId="74122918" w:rsidR="00961333" w:rsidRPr="009323E4" w:rsidRDefault="00C85E30">
            <w:pPr>
              <w:spacing w:before="40" w:after="60" w:line="240" w:lineRule="auto"/>
              <w:rPr>
                <w:b w:val="0"/>
                <w:bCs w:val="0"/>
              </w:rPr>
            </w:pPr>
            <w:r w:rsidRPr="0044005D">
              <w:rPr>
                <w:sz w:val="18"/>
              </w:rPr>
              <w:t>Food Securit</w:t>
            </w:r>
            <w:r w:rsidR="00931136" w:rsidRPr="0044005D">
              <w:rPr>
                <w:sz w:val="18"/>
              </w:rPr>
              <w:t xml:space="preserve">y </w:t>
            </w:r>
          </w:p>
        </w:tc>
        <w:tc>
          <w:tcPr>
            <w:tcW w:w="1445" w:type="dxa"/>
          </w:tcPr>
          <w:p w14:paraId="3129776E"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1ED78C7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710" w:type="dxa"/>
          </w:tcPr>
          <w:p w14:paraId="4E3421A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350" w:type="dxa"/>
          </w:tcPr>
          <w:p w14:paraId="40FB992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2365" w:type="dxa"/>
          </w:tcPr>
          <w:p w14:paraId="0F300BD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w:t>
            </w:r>
            <w:proofErr w:type="gramStart"/>
            <w:r>
              <w:rPr>
                <w:sz w:val="18"/>
              </w:rPr>
              <w:t>E## /</w:t>
            </w:r>
            <w:proofErr w:type="gramEnd"/>
            <w:r>
              <w:rPr>
                <w:sz w:val="18"/>
              </w:rPr>
              <w:t xml:space="preserve"> project reference]</w:t>
            </w:r>
          </w:p>
        </w:tc>
      </w:tr>
      <w:tr w:rsidR="00931136" w14:paraId="427A9688"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78967C49" w14:textId="77BF65B7" w:rsidR="00931136" w:rsidRPr="009323E4" w:rsidRDefault="00931136" w:rsidP="00931136">
            <w:pPr>
              <w:spacing w:before="40" w:after="60" w:line="240" w:lineRule="auto"/>
              <w:rPr>
                <w:b w:val="0"/>
                <w:bCs w:val="0"/>
                <w:sz w:val="15"/>
              </w:rPr>
            </w:pPr>
            <w:r w:rsidRPr="0044005D">
              <w:rPr>
                <w:sz w:val="18"/>
              </w:rPr>
              <w:t xml:space="preserve">Livelihoods  </w:t>
            </w:r>
          </w:p>
        </w:tc>
        <w:tc>
          <w:tcPr>
            <w:tcW w:w="1445" w:type="dxa"/>
          </w:tcPr>
          <w:p w14:paraId="402B03EA" w14:textId="105B9ECB" w:rsidR="00931136" w:rsidRDefault="00931136" w:rsidP="00931136">
            <w:pPr>
              <w:spacing w:before="40" w:after="60" w:line="240" w:lineRule="auto"/>
              <w:cnfStyle w:val="000000100000" w:firstRow="0" w:lastRow="0" w:firstColumn="0" w:lastColumn="0" w:oddVBand="0" w:evenVBand="0" w:oddHBand="1" w:evenHBand="0" w:firstRowFirstColumn="0" w:firstRowLastColumn="0" w:lastRowFirstColumn="0" w:lastRowLastColumn="0"/>
              <w:rPr>
                <w:sz w:val="15"/>
              </w:rPr>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4D420A8A" w14:textId="25E79901" w:rsidR="00931136" w:rsidRDefault="00931136" w:rsidP="00931136">
            <w:pPr>
              <w:spacing w:before="40" w:after="60" w:line="240" w:lineRule="auto"/>
              <w:cnfStyle w:val="000000100000" w:firstRow="0" w:lastRow="0" w:firstColumn="0" w:lastColumn="0" w:oddVBand="0" w:evenVBand="0" w:oddHBand="1" w:evenHBand="0" w:firstRowFirstColumn="0" w:firstRowLastColumn="0" w:lastRowFirstColumn="0" w:lastRowLastColumn="0"/>
              <w:rPr>
                <w:sz w:val="15"/>
              </w:rPr>
            </w:pPr>
            <w:r>
              <w:rPr>
                <w:sz w:val="18"/>
              </w:rPr>
              <w:t>[Enter]</w:t>
            </w:r>
          </w:p>
        </w:tc>
        <w:tc>
          <w:tcPr>
            <w:tcW w:w="1710" w:type="dxa"/>
          </w:tcPr>
          <w:p w14:paraId="799B2480" w14:textId="40E58B3D" w:rsidR="00931136" w:rsidRDefault="00931136" w:rsidP="00931136">
            <w:pPr>
              <w:spacing w:before="40" w:after="60" w:line="240" w:lineRule="auto"/>
              <w:cnfStyle w:val="000000100000" w:firstRow="0" w:lastRow="0" w:firstColumn="0" w:lastColumn="0" w:oddVBand="0" w:evenVBand="0" w:oddHBand="1" w:evenHBand="0" w:firstRowFirstColumn="0" w:firstRowLastColumn="0" w:lastRowFirstColumn="0" w:lastRowLastColumn="0"/>
              <w:rPr>
                <w:sz w:val="15"/>
              </w:rPr>
            </w:pPr>
            <w:r>
              <w:rPr>
                <w:sz w:val="18"/>
              </w:rPr>
              <w:t>[Enter]</w:t>
            </w:r>
          </w:p>
        </w:tc>
        <w:tc>
          <w:tcPr>
            <w:tcW w:w="1350" w:type="dxa"/>
          </w:tcPr>
          <w:p w14:paraId="4FD43092" w14:textId="411B6EC3" w:rsidR="00931136" w:rsidRDefault="00931136" w:rsidP="00931136">
            <w:pPr>
              <w:spacing w:before="40" w:after="60" w:line="240" w:lineRule="auto"/>
              <w:cnfStyle w:val="000000100000" w:firstRow="0" w:lastRow="0" w:firstColumn="0" w:lastColumn="0" w:oddVBand="0" w:evenVBand="0" w:oddHBand="1" w:evenHBand="0" w:firstRowFirstColumn="0" w:firstRowLastColumn="0" w:lastRowFirstColumn="0" w:lastRowLastColumn="0"/>
              <w:rPr>
                <w:sz w:val="15"/>
              </w:rPr>
            </w:pPr>
            <w:r>
              <w:rPr>
                <w:sz w:val="18"/>
              </w:rPr>
              <w:t>[Enter]</w:t>
            </w:r>
          </w:p>
        </w:tc>
        <w:tc>
          <w:tcPr>
            <w:tcW w:w="2365" w:type="dxa"/>
          </w:tcPr>
          <w:p w14:paraId="1A582470" w14:textId="5475133E" w:rsidR="00931136" w:rsidRDefault="00931136" w:rsidP="00931136">
            <w:pPr>
              <w:spacing w:before="40" w:after="60" w:line="240" w:lineRule="auto"/>
              <w:cnfStyle w:val="000000100000" w:firstRow="0" w:lastRow="0" w:firstColumn="0" w:lastColumn="0" w:oddVBand="0" w:evenVBand="0" w:oddHBand="1" w:evenHBand="0" w:firstRowFirstColumn="0" w:firstRowLastColumn="0" w:lastRowFirstColumn="0" w:lastRowLastColumn="0"/>
              <w:rPr>
                <w:sz w:val="15"/>
              </w:rPr>
            </w:pPr>
            <w:r>
              <w:rPr>
                <w:sz w:val="18"/>
              </w:rPr>
              <w:t>[</w:t>
            </w:r>
            <w:proofErr w:type="gramStart"/>
            <w:r>
              <w:rPr>
                <w:sz w:val="18"/>
              </w:rPr>
              <w:t>E## /</w:t>
            </w:r>
            <w:proofErr w:type="gramEnd"/>
            <w:r>
              <w:rPr>
                <w:sz w:val="18"/>
              </w:rPr>
              <w:t xml:space="preserve"> project reference]</w:t>
            </w:r>
          </w:p>
        </w:tc>
      </w:tr>
      <w:tr w:rsidR="00931136" w14:paraId="6005DCA8" w14:textId="77777777" w:rsidTr="009323E4">
        <w:tc>
          <w:tcPr>
            <w:cnfStyle w:val="001000000000" w:firstRow="0" w:lastRow="0" w:firstColumn="1" w:lastColumn="0" w:oddVBand="0" w:evenVBand="0" w:oddHBand="0" w:evenHBand="0" w:firstRowFirstColumn="0" w:firstRowLastColumn="0" w:lastRowFirstColumn="0" w:lastRowLastColumn="0"/>
            <w:tcW w:w="1700" w:type="dxa"/>
          </w:tcPr>
          <w:p w14:paraId="43878A98" w14:textId="4E5C2F8A" w:rsidR="00931136" w:rsidRPr="009323E4" w:rsidRDefault="00931136" w:rsidP="00931136">
            <w:pPr>
              <w:spacing w:before="40" w:after="60" w:line="240" w:lineRule="auto"/>
              <w:rPr>
                <w:b w:val="0"/>
                <w:bCs w:val="0"/>
                <w:sz w:val="15"/>
              </w:rPr>
            </w:pPr>
            <w:r w:rsidRPr="0044005D">
              <w:rPr>
                <w:sz w:val="18"/>
              </w:rPr>
              <w:t>Economic Empowerment</w:t>
            </w:r>
          </w:p>
        </w:tc>
        <w:tc>
          <w:tcPr>
            <w:tcW w:w="1445" w:type="dxa"/>
          </w:tcPr>
          <w:p w14:paraId="41DCBCD7" w14:textId="2B3C7CB0" w:rsidR="00931136" w:rsidRDefault="00931136" w:rsidP="00931136">
            <w:pPr>
              <w:spacing w:before="40" w:after="60" w:line="240" w:lineRule="auto"/>
              <w:cnfStyle w:val="000000000000" w:firstRow="0" w:lastRow="0" w:firstColumn="0" w:lastColumn="0" w:oddVBand="0" w:evenVBand="0" w:oddHBand="0" w:evenHBand="0" w:firstRowFirstColumn="0" w:firstRowLastColumn="0" w:lastRowFirstColumn="0" w:lastRowLastColumn="0"/>
              <w:rPr>
                <w:sz w:val="15"/>
              </w:rPr>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4C4552DB" w14:textId="4A88416E" w:rsidR="00931136" w:rsidRDefault="00931136" w:rsidP="00931136">
            <w:pPr>
              <w:spacing w:before="40" w:after="60" w:line="240" w:lineRule="auto"/>
              <w:cnfStyle w:val="000000000000" w:firstRow="0" w:lastRow="0" w:firstColumn="0" w:lastColumn="0" w:oddVBand="0" w:evenVBand="0" w:oddHBand="0" w:evenHBand="0" w:firstRowFirstColumn="0" w:firstRowLastColumn="0" w:lastRowFirstColumn="0" w:lastRowLastColumn="0"/>
              <w:rPr>
                <w:sz w:val="15"/>
              </w:rPr>
            </w:pPr>
            <w:r>
              <w:rPr>
                <w:sz w:val="18"/>
              </w:rPr>
              <w:t>[Enter]</w:t>
            </w:r>
          </w:p>
        </w:tc>
        <w:tc>
          <w:tcPr>
            <w:tcW w:w="1710" w:type="dxa"/>
          </w:tcPr>
          <w:p w14:paraId="1A8871BB" w14:textId="6842FC77" w:rsidR="00931136" w:rsidRDefault="00931136" w:rsidP="00931136">
            <w:pPr>
              <w:spacing w:before="40" w:after="60" w:line="240" w:lineRule="auto"/>
              <w:cnfStyle w:val="000000000000" w:firstRow="0" w:lastRow="0" w:firstColumn="0" w:lastColumn="0" w:oddVBand="0" w:evenVBand="0" w:oddHBand="0" w:evenHBand="0" w:firstRowFirstColumn="0" w:firstRowLastColumn="0" w:lastRowFirstColumn="0" w:lastRowLastColumn="0"/>
              <w:rPr>
                <w:sz w:val="15"/>
              </w:rPr>
            </w:pPr>
            <w:r>
              <w:rPr>
                <w:sz w:val="18"/>
              </w:rPr>
              <w:t>[Enter]</w:t>
            </w:r>
          </w:p>
        </w:tc>
        <w:tc>
          <w:tcPr>
            <w:tcW w:w="1350" w:type="dxa"/>
          </w:tcPr>
          <w:p w14:paraId="7F7FC20F" w14:textId="6CDC4376" w:rsidR="00931136" w:rsidRDefault="00931136" w:rsidP="00931136">
            <w:pPr>
              <w:spacing w:before="40" w:after="60" w:line="240" w:lineRule="auto"/>
              <w:cnfStyle w:val="000000000000" w:firstRow="0" w:lastRow="0" w:firstColumn="0" w:lastColumn="0" w:oddVBand="0" w:evenVBand="0" w:oddHBand="0" w:evenHBand="0" w:firstRowFirstColumn="0" w:firstRowLastColumn="0" w:lastRowFirstColumn="0" w:lastRowLastColumn="0"/>
              <w:rPr>
                <w:sz w:val="15"/>
              </w:rPr>
            </w:pPr>
            <w:r>
              <w:rPr>
                <w:sz w:val="18"/>
              </w:rPr>
              <w:t>[Enter]</w:t>
            </w:r>
          </w:p>
        </w:tc>
        <w:tc>
          <w:tcPr>
            <w:tcW w:w="2365" w:type="dxa"/>
          </w:tcPr>
          <w:p w14:paraId="6344C351" w14:textId="5914E4BA" w:rsidR="00931136" w:rsidRDefault="00931136" w:rsidP="00931136">
            <w:pPr>
              <w:spacing w:before="40" w:after="60" w:line="240" w:lineRule="auto"/>
              <w:cnfStyle w:val="000000000000" w:firstRow="0" w:lastRow="0" w:firstColumn="0" w:lastColumn="0" w:oddVBand="0" w:evenVBand="0" w:oddHBand="0" w:evenHBand="0" w:firstRowFirstColumn="0" w:firstRowLastColumn="0" w:lastRowFirstColumn="0" w:lastRowLastColumn="0"/>
              <w:rPr>
                <w:sz w:val="15"/>
              </w:rPr>
            </w:pPr>
            <w:r>
              <w:rPr>
                <w:sz w:val="18"/>
              </w:rPr>
              <w:t>[</w:t>
            </w:r>
            <w:proofErr w:type="gramStart"/>
            <w:r>
              <w:rPr>
                <w:sz w:val="18"/>
              </w:rPr>
              <w:t>E## /</w:t>
            </w:r>
            <w:proofErr w:type="gramEnd"/>
            <w:r>
              <w:rPr>
                <w:sz w:val="18"/>
              </w:rPr>
              <w:t xml:space="preserve"> project reference]</w:t>
            </w:r>
          </w:p>
        </w:tc>
      </w:tr>
      <w:tr w:rsidR="00961333" w14:paraId="4DAC3B94"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4A6E6637" w14:textId="77777777" w:rsidR="00961333" w:rsidRPr="009323E4" w:rsidRDefault="00C85E30">
            <w:pPr>
              <w:spacing w:before="40" w:after="60" w:line="240" w:lineRule="auto"/>
              <w:rPr>
                <w:b w:val="0"/>
                <w:bCs w:val="0"/>
              </w:rPr>
            </w:pPr>
            <w:r w:rsidRPr="0044005D">
              <w:rPr>
                <w:sz w:val="18"/>
              </w:rPr>
              <w:t>Youth Empowerment and Engagement</w:t>
            </w:r>
          </w:p>
        </w:tc>
        <w:tc>
          <w:tcPr>
            <w:tcW w:w="1445" w:type="dxa"/>
          </w:tcPr>
          <w:p w14:paraId="0854334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214123A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710" w:type="dxa"/>
          </w:tcPr>
          <w:p w14:paraId="5B02BD1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350" w:type="dxa"/>
          </w:tcPr>
          <w:p w14:paraId="131C6D3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2365" w:type="dxa"/>
          </w:tcPr>
          <w:p w14:paraId="44961B9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w:t>
            </w:r>
            <w:proofErr w:type="gramStart"/>
            <w:r>
              <w:rPr>
                <w:sz w:val="18"/>
              </w:rPr>
              <w:t>E## /</w:t>
            </w:r>
            <w:proofErr w:type="gramEnd"/>
            <w:r>
              <w:rPr>
                <w:sz w:val="18"/>
              </w:rPr>
              <w:t xml:space="preserve"> project reference]</w:t>
            </w:r>
          </w:p>
        </w:tc>
      </w:tr>
      <w:tr w:rsidR="00961333" w14:paraId="0A270B39" w14:textId="77777777" w:rsidTr="009323E4">
        <w:tc>
          <w:tcPr>
            <w:cnfStyle w:val="001000000000" w:firstRow="0" w:lastRow="0" w:firstColumn="1" w:lastColumn="0" w:oddVBand="0" w:evenVBand="0" w:oddHBand="0" w:evenHBand="0" w:firstRowFirstColumn="0" w:firstRowLastColumn="0" w:lastRowFirstColumn="0" w:lastRowLastColumn="0"/>
            <w:tcW w:w="1700" w:type="dxa"/>
          </w:tcPr>
          <w:p w14:paraId="6376758E" w14:textId="77777777" w:rsidR="00961333" w:rsidRPr="009323E4" w:rsidRDefault="00C85E30">
            <w:pPr>
              <w:spacing w:before="40" w:after="60" w:line="240" w:lineRule="auto"/>
              <w:rPr>
                <w:b w:val="0"/>
                <w:bCs w:val="0"/>
              </w:rPr>
            </w:pPr>
            <w:r w:rsidRPr="0044005D">
              <w:rPr>
                <w:sz w:val="18"/>
              </w:rPr>
              <w:t>Health</w:t>
            </w:r>
          </w:p>
        </w:tc>
        <w:tc>
          <w:tcPr>
            <w:tcW w:w="1445" w:type="dxa"/>
          </w:tcPr>
          <w:p w14:paraId="5288ABC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6033511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710" w:type="dxa"/>
          </w:tcPr>
          <w:p w14:paraId="2BBB41C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350" w:type="dxa"/>
          </w:tcPr>
          <w:p w14:paraId="49D7B91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2365" w:type="dxa"/>
          </w:tcPr>
          <w:p w14:paraId="73E3EDCF"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w:t>
            </w:r>
            <w:proofErr w:type="gramStart"/>
            <w:r>
              <w:rPr>
                <w:sz w:val="18"/>
              </w:rPr>
              <w:t>E## /</w:t>
            </w:r>
            <w:proofErr w:type="gramEnd"/>
            <w:r>
              <w:rPr>
                <w:sz w:val="18"/>
              </w:rPr>
              <w:t xml:space="preserve"> project reference]</w:t>
            </w:r>
          </w:p>
        </w:tc>
      </w:tr>
      <w:tr w:rsidR="00961333" w14:paraId="5F6F48D8"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16E64846" w14:textId="77777777" w:rsidR="00961333" w:rsidRPr="009323E4" w:rsidRDefault="00C85E30">
            <w:pPr>
              <w:spacing w:before="40" w:after="60" w:line="240" w:lineRule="auto"/>
              <w:rPr>
                <w:b w:val="0"/>
                <w:bCs w:val="0"/>
              </w:rPr>
            </w:pPr>
            <w:r w:rsidRPr="0044005D">
              <w:rPr>
                <w:sz w:val="18"/>
              </w:rPr>
              <w:t>Policy Advocacy / Social Accountability / Community-led Approaches</w:t>
            </w:r>
          </w:p>
        </w:tc>
        <w:tc>
          <w:tcPr>
            <w:tcW w:w="1445" w:type="dxa"/>
          </w:tcPr>
          <w:p w14:paraId="1B6F729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1D8C8199"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710" w:type="dxa"/>
          </w:tcPr>
          <w:p w14:paraId="32548387"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350" w:type="dxa"/>
          </w:tcPr>
          <w:p w14:paraId="6F46ADA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2365" w:type="dxa"/>
          </w:tcPr>
          <w:p w14:paraId="0581CBA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w:t>
            </w:r>
            <w:proofErr w:type="gramStart"/>
            <w:r>
              <w:rPr>
                <w:sz w:val="18"/>
              </w:rPr>
              <w:t>E## /</w:t>
            </w:r>
            <w:proofErr w:type="gramEnd"/>
            <w:r>
              <w:rPr>
                <w:sz w:val="18"/>
              </w:rPr>
              <w:t xml:space="preserve"> project reference]</w:t>
            </w:r>
          </w:p>
        </w:tc>
      </w:tr>
      <w:tr w:rsidR="00961333" w14:paraId="72B7206C" w14:textId="77777777" w:rsidTr="009323E4">
        <w:tc>
          <w:tcPr>
            <w:cnfStyle w:val="001000000000" w:firstRow="0" w:lastRow="0" w:firstColumn="1" w:lastColumn="0" w:oddVBand="0" w:evenVBand="0" w:oddHBand="0" w:evenHBand="0" w:firstRowFirstColumn="0" w:firstRowLastColumn="0" w:lastRowFirstColumn="0" w:lastRowLastColumn="0"/>
            <w:tcW w:w="1700" w:type="dxa"/>
          </w:tcPr>
          <w:p w14:paraId="4B4A6B9F" w14:textId="77777777" w:rsidR="00961333" w:rsidRPr="009323E4" w:rsidRDefault="00C85E30">
            <w:pPr>
              <w:spacing w:before="40" w:after="60" w:line="240" w:lineRule="auto"/>
              <w:rPr>
                <w:b w:val="0"/>
                <w:bCs w:val="0"/>
              </w:rPr>
            </w:pPr>
            <w:r w:rsidRPr="0044005D">
              <w:rPr>
                <w:sz w:val="18"/>
              </w:rPr>
              <w:t>Integrated / Cross-sectoral Programming</w:t>
            </w:r>
          </w:p>
        </w:tc>
        <w:tc>
          <w:tcPr>
            <w:tcW w:w="1445" w:type="dxa"/>
          </w:tcPr>
          <w:p w14:paraId="010F94D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1620" w:type="dxa"/>
          </w:tcPr>
          <w:p w14:paraId="4DCDF36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710" w:type="dxa"/>
          </w:tcPr>
          <w:p w14:paraId="70FF23C2"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350" w:type="dxa"/>
          </w:tcPr>
          <w:p w14:paraId="070BCC6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2365" w:type="dxa"/>
          </w:tcPr>
          <w:p w14:paraId="6AAC654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w:t>
            </w:r>
            <w:proofErr w:type="gramStart"/>
            <w:r>
              <w:rPr>
                <w:sz w:val="18"/>
              </w:rPr>
              <w:t>E## /</w:t>
            </w:r>
            <w:proofErr w:type="gramEnd"/>
            <w:r>
              <w:rPr>
                <w:sz w:val="18"/>
              </w:rPr>
              <w:t xml:space="preserve"> project reference]</w:t>
            </w:r>
          </w:p>
        </w:tc>
      </w:tr>
    </w:tbl>
    <w:p w14:paraId="7663CD30" w14:textId="77777777" w:rsidR="00961333" w:rsidRDefault="00C85E30" w:rsidP="009323E4">
      <w:pPr>
        <w:jc w:val="both"/>
      </w:pPr>
      <w:r>
        <w:t>Detailed narrative: select one, two or three priority thematic areas for assessment and mark unused narratives N/A. There is no penalty for selecting fewer than three. Technical ratings are combined as explained in Section 6 of the Call. Additional areas selected in the table are for roster mapping and are not automatically verified.</w:t>
      </w:r>
    </w:p>
    <w:p w14:paraId="6DC39150" w14:textId="4068D378" w:rsidR="00961333" w:rsidRPr="009323E4" w:rsidRDefault="00C85E30">
      <w:pPr>
        <w:pStyle w:val="Heading2"/>
        <w:rPr>
          <w:color w:val="F79646" w:themeColor="accent6"/>
        </w:rPr>
      </w:pPr>
      <w:r w:rsidRPr="009323E4">
        <w:rPr>
          <w:rFonts w:ascii="Arial" w:hAnsi="Arial"/>
          <w:color w:val="F79646" w:themeColor="accent6"/>
        </w:rPr>
        <w:t>5.1 Priority thematic area #1</w:t>
      </w:r>
      <w:r w:rsidRPr="009323E4">
        <w:rPr>
          <w:rFonts w:ascii="Arial" w:hAnsi="Arial"/>
          <w:i/>
          <w:color w:val="F79646" w:themeColor="accent6"/>
        </w:rPr>
        <w:t xml:space="preserve"> [Limit: 300 words]</w:t>
      </w:r>
    </w:p>
    <w:p w14:paraId="02AA930B" w14:textId="22155347" w:rsidR="00961333" w:rsidRDefault="00C85E30" w:rsidP="009323E4">
      <w:pPr>
        <w:keepNext/>
        <w:spacing w:after="60"/>
        <w:jc w:val="both"/>
      </w:pPr>
      <w:r>
        <w:t xml:space="preserve">Name the thematic area. Summarize your technical approach, relevant experience, key results, relevant target populations and geographic experience. Reference at least one relevant project and any supporting </w:t>
      </w:r>
      <w:r w:rsidR="00307464">
        <w:t xml:space="preserve">evidence. </w:t>
      </w:r>
      <w:r w:rsidR="00307464" w:rsidRPr="00307464">
        <w:t xml:space="preserve">Applicants may submit </w:t>
      </w:r>
      <w:r w:rsidR="00307464" w:rsidRPr="00307464">
        <w:rPr>
          <w:b/>
          <w:bCs/>
        </w:rPr>
        <w:t>one, two or three themes without penalty</w:t>
      </w:r>
      <w:r w:rsidR="00CF554D">
        <w:rPr>
          <w:b/>
          <w:bCs/>
        </w:rPr>
        <w:t>.</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41031608" w14:textId="77777777">
        <w:trPr>
          <w:cantSplit/>
          <w:jc w:val="center"/>
        </w:trPr>
        <w:tc>
          <w:tcPr>
            <w:tcW w:w="10200" w:type="dxa"/>
            <w:shd w:val="clear" w:color="auto" w:fill="FFFFFF"/>
            <w:tcMar>
              <w:top w:w="100" w:type="dxa"/>
              <w:left w:w="100" w:type="dxa"/>
              <w:bottom w:w="100" w:type="dxa"/>
              <w:right w:w="100" w:type="dxa"/>
            </w:tcMar>
          </w:tcPr>
          <w:p w14:paraId="64D7AC8A" w14:textId="77777777" w:rsidR="00961333" w:rsidRDefault="00C85E30">
            <w:pPr>
              <w:spacing w:before="40" w:after="60" w:line="240" w:lineRule="auto"/>
            </w:pPr>
            <w:r>
              <w:t>[Applicant response]</w:t>
            </w:r>
            <w:r>
              <w:br/>
            </w:r>
            <w:r>
              <w:br/>
            </w:r>
            <w:r>
              <w:br/>
            </w:r>
            <w:r>
              <w:br/>
            </w:r>
            <w:r>
              <w:br/>
            </w:r>
          </w:p>
        </w:tc>
      </w:tr>
    </w:tbl>
    <w:p w14:paraId="2E7110F7" w14:textId="77777777" w:rsidR="00961333" w:rsidRDefault="00961333"/>
    <w:p w14:paraId="42A4A853" w14:textId="1085770B" w:rsidR="00961333" w:rsidRPr="009323E4" w:rsidRDefault="00C85E30">
      <w:pPr>
        <w:pStyle w:val="Heading2"/>
        <w:rPr>
          <w:color w:val="F79646" w:themeColor="accent6"/>
        </w:rPr>
      </w:pPr>
      <w:r w:rsidRPr="009323E4">
        <w:rPr>
          <w:rFonts w:ascii="Arial" w:hAnsi="Arial"/>
          <w:color w:val="F79646" w:themeColor="accent6"/>
        </w:rPr>
        <w:t>5.2 Priority thematic area #2</w:t>
      </w:r>
      <w:r w:rsidRPr="009323E4">
        <w:rPr>
          <w:rFonts w:ascii="Arial" w:hAnsi="Arial"/>
          <w:i/>
          <w:color w:val="F79646" w:themeColor="accent6"/>
        </w:rPr>
        <w:t xml:space="preserve"> [Limit: 300 words]</w:t>
      </w:r>
    </w:p>
    <w:p w14:paraId="41DA54C4" w14:textId="77777777" w:rsidR="00961333" w:rsidRDefault="00C85E30" w:rsidP="009323E4">
      <w:pPr>
        <w:keepNext/>
        <w:spacing w:after="60"/>
        <w:jc w:val="both"/>
      </w:pPr>
      <w:r>
        <w:t>Name the thematic area. Summarize your technical approach, relevant experience, key results, relevant target populations and geographic experience. Reference at least one relevant project and any supporting evidence.</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4B76C142" w14:textId="77777777">
        <w:trPr>
          <w:cantSplit/>
          <w:jc w:val="center"/>
        </w:trPr>
        <w:tc>
          <w:tcPr>
            <w:tcW w:w="10200" w:type="dxa"/>
            <w:shd w:val="clear" w:color="auto" w:fill="FFFFFF"/>
            <w:tcMar>
              <w:top w:w="100" w:type="dxa"/>
              <w:left w:w="100" w:type="dxa"/>
              <w:bottom w:w="100" w:type="dxa"/>
              <w:right w:w="100" w:type="dxa"/>
            </w:tcMar>
          </w:tcPr>
          <w:p w14:paraId="6FF2AA28" w14:textId="77777777" w:rsidR="00961333" w:rsidRDefault="00C85E30">
            <w:pPr>
              <w:spacing w:before="40" w:after="60" w:line="240" w:lineRule="auto"/>
            </w:pPr>
            <w:r>
              <w:t>[Applicant response]</w:t>
            </w:r>
            <w:r>
              <w:br/>
            </w:r>
            <w:r>
              <w:br/>
            </w:r>
            <w:r>
              <w:br/>
            </w:r>
            <w:r>
              <w:br/>
            </w:r>
            <w:r>
              <w:br/>
            </w:r>
          </w:p>
        </w:tc>
      </w:tr>
    </w:tbl>
    <w:p w14:paraId="25E0DD37" w14:textId="77777777" w:rsidR="00961333" w:rsidRDefault="00961333"/>
    <w:p w14:paraId="3E935176" w14:textId="6B34894E" w:rsidR="00961333" w:rsidRPr="009323E4" w:rsidRDefault="00C85E30">
      <w:pPr>
        <w:pStyle w:val="Heading2"/>
        <w:rPr>
          <w:color w:val="F79646" w:themeColor="accent6"/>
        </w:rPr>
      </w:pPr>
      <w:r w:rsidRPr="009323E4">
        <w:rPr>
          <w:rFonts w:ascii="Arial" w:hAnsi="Arial"/>
          <w:color w:val="F79646" w:themeColor="accent6"/>
        </w:rPr>
        <w:lastRenderedPageBreak/>
        <w:t>5.3 Priority thematic area #3</w:t>
      </w:r>
      <w:r w:rsidRPr="009323E4">
        <w:rPr>
          <w:rFonts w:ascii="Arial" w:hAnsi="Arial"/>
          <w:i/>
          <w:color w:val="F79646" w:themeColor="accent6"/>
        </w:rPr>
        <w:t xml:space="preserve"> [Limit: 300 words]</w:t>
      </w:r>
    </w:p>
    <w:p w14:paraId="34A8E479" w14:textId="77777777" w:rsidR="00961333" w:rsidRDefault="00C85E30" w:rsidP="009323E4">
      <w:pPr>
        <w:keepNext/>
        <w:spacing w:after="60"/>
        <w:jc w:val="both"/>
      </w:pPr>
      <w:r>
        <w:t>Name the thematic area. Summarize your technical approach, relevant experience, key results, relevant target populations and geographic experience. Reference at least one relevant project and any supporting evidence.</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33ABF623" w14:textId="77777777">
        <w:trPr>
          <w:cantSplit/>
          <w:jc w:val="center"/>
        </w:trPr>
        <w:tc>
          <w:tcPr>
            <w:tcW w:w="10200" w:type="dxa"/>
            <w:shd w:val="clear" w:color="auto" w:fill="FFFFFF"/>
            <w:tcMar>
              <w:top w:w="100" w:type="dxa"/>
              <w:left w:w="100" w:type="dxa"/>
              <w:bottom w:w="100" w:type="dxa"/>
              <w:right w:w="100" w:type="dxa"/>
            </w:tcMar>
          </w:tcPr>
          <w:p w14:paraId="4E51D02C" w14:textId="77777777" w:rsidR="00961333" w:rsidRDefault="00C85E30">
            <w:pPr>
              <w:spacing w:before="40" w:after="60" w:line="240" w:lineRule="auto"/>
            </w:pPr>
            <w:r>
              <w:t>[Applicant response]</w:t>
            </w:r>
            <w:r>
              <w:br/>
            </w:r>
            <w:r>
              <w:br/>
            </w:r>
            <w:r>
              <w:br/>
            </w:r>
            <w:r>
              <w:br/>
            </w:r>
            <w:r>
              <w:br/>
            </w:r>
          </w:p>
        </w:tc>
      </w:tr>
    </w:tbl>
    <w:p w14:paraId="670E617F" w14:textId="77777777" w:rsidR="00961333" w:rsidRDefault="00961333"/>
    <w:p w14:paraId="2DBF3B9A" w14:textId="77777777" w:rsidR="00961333" w:rsidRDefault="00C85E30" w:rsidP="009323E4">
      <w:pPr>
        <w:jc w:val="both"/>
      </w:pPr>
      <w:r>
        <w:t>Indicative supporting evidence: project agreements/award or completion evidence, relevant report excerpts, evaluation/monitoring results, technical tools or guidance developed, public links/products, and institutional references. Confidential documents may be redacted. Applicants should not submit full donor contracts unless specifically requested.</w:t>
      </w:r>
    </w:p>
    <w:p w14:paraId="1C5E3D18" w14:textId="77777777" w:rsidR="00961333" w:rsidRPr="009323E4" w:rsidRDefault="00C85E30">
      <w:pPr>
        <w:pStyle w:val="Heading1"/>
        <w:rPr>
          <w:color w:val="F79646" w:themeColor="accent6"/>
        </w:rPr>
      </w:pPr>
      <w:r w:rsidRPr="009323E4">
        <w:rPr>
          <w:rFonts w:ascii="Arial" w:hAnsi="Arial"/>
          <w:color w:val="F79646" w:themeColor="accent6"/>
        </w:rPr>
        <w:t>6. Relevant Project Experience</w:t>
      </w:r>
    </w:p>
    <w:p w14:paraId="665A7365" w14:textId="71B274B3" w:rsidR="00961333" w:rsidRDefault="00C85E30" w:rsidP="009323E4">
      <w:pPr>
        <w:jc w:val="both"/>
      </w:pPr>
      <w:r>
        <w:t xml:space="preserve">List a maximum of 10 projects most relevant to the CARE Iraq priority sectors and geographic areas. Prioritize the past five years where available. </w:t>
      </w:r>
    </w:p>
    <w:tbl>
      <w:tblPr>
        <w:tblStyle w:val="GridTable4-Accent6"/>
        <w:tblW w:w="0" w:type="auto"/>
        <w:tblLayout w:type="fixed"/>
        <w:tblLook w:val="04A0" w:firstRow="1" w:lastRow="0" w:firstColumn="1" w:lastColumn="0" w:noHBand="0" w:noVBand="1"/>
      </w:tblPr>
      <w:tblGrid>
        <w:gridCol w:w="432"/>
        <w:gridCol w:w="1584"/>
        <w:gridCol w:w="1152"/>
        <w:gridCol w:w="936"/>
        <w:gridCol w:w="1008"/>
        <w:gridCol w:w="1296"/>
        <w:gridCol w:w="1152"/>
        <w:gridCol w:w="1224"/>
        <w:gridCol w:w="1411"/>
      </w:tblGrid>
      <w:tr w:rsidR="00961333" w14:paraId="5BDB7A32"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 w:type="dxa"/>
          </w:tcPr>
          <w:p w14:paraId="3709D3F1" w14:textId="77777777" w:rsidR="00961333" w:rsidRDefault="00C85E30">
            <w:pPr>
              <w:spacing w:before="40" w:after="60" w:line="240" w:lineRule="auto"/>
            </w:pPr>
            <w:r>
              <w:rPr>
                <w:color w:val="FFFFFF"/>
                <w:sz w:val="18"/>
              </w:rPr>
              <w:t>#</w:t>
            </w:r>
          </w:p>
        </w:tc>
        <w:tc>
          <w:tcPr>
            <w:tcW w:w="1584" w:type="dxa"/>
          </w:tcPr>
          <w:p w14:paraId="0F148DC2"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Project / activity</w:t>
            </w:r>
          </w:p>
        </w:tc>
        <w:tc>
          <w:tcPr>
            <w:tcW w:w="1152" w:type="dxa"/>
          </w:tcPr>
          <w:p w14:paraId="228F10B6"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Donor / funder</w:t>
            </w:r>
          </w:p>
        </w:tc>
        <w:tc>
          <w:tcPr>
            <w:tcW w:w="936" w:type="dxa"/>
          </w:tcPr>
          <w:p w14:paraId="6580E9A9"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Sector</w:t>
            </w:r>
          </w:p>
        </w:tc>
        <w:tc>
          <w:tcPr>
            <w:tcW w:w="1008" w:type="dxa"/>
          </w:tcPr>
          <w:p w14:paraId="1D90E68B"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Location</w:t>
            </w:r>
          </w:p>
        </w:tc>
        <w:tc>
          <w:tcPr>
            <w:tcW w:w="1296" w:type="dxa"/>
          </w:tcPr>
          <w:p w14:paraId="5AE9166C" w14:textId="47496F04" w:rsidR="00961333" w:rsidRDefault="002766A3">
            <w:pPr>
              <w:spacing w:before="40" w:after="60" w:line="240" w:lineRule="auto"/>
              <w:cnfStyle w:val="100000000000" w:firstRow="1" w:lastRow="0" w:firstColumn="0" w:lastColumn="0" w:oddVBand="0" w:evenVBand="0" w:oddHBand="0" w:evenHBand="0" w:firstRowFirstColumn="0" w:firstRowLastColumn="0" w:lastRowFirstColumn="0" w:lastRowLastColumn="0"/>
            </w:pPr>
            <w:r w:rsidRPr="002766A3">
              <w:rPr>
                <w:color w:val="FFFFFF"/>
                <w:sz w:val="18"/>
              </w:rPr>
              <w:t>Start date and end date</w:t>
            </w:r>
          </w:p>
        </w:tc>
        <w:tc>
          <w:tcPr>
            <w:tcW w:w="1152" w:type="dxa"/>
          </w:tcPr>
          <w:p w14:paraId="3B0E025B"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Approx. budget</w:t>
            </w:r>
          </w:p>
        </w:tc>
        <w:tc>
          <w:tcPr>
            <w:tcW w:w="1224" w:type="dxa"/>
          </w:tcPr>
          <w:p w14:paraId="237D1DB9"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Organization role</w:t>
            </w:r>
          </w:p>
        </w:tc>
        <w:tc>
          <w:tcPr>
            <w:tcW w:w="1411" w:type="dxa"/>
          </w:tcPr>
          <w:p w14:paraId="11EA12AF" w14:textId="061CAC80"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Key result / supporting evidence reference</w:t>
            </w:r>
          </w:p>
        </w:tc>
      </w:tr>
      <w:tr w:rsidR="00961333" w14:paraId="44CD106D"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 w:type="dxa"/>
          </w:tcPr>
          <w:p w14:paraId="0DEBB9F7" w14:textId="77777777" w:rsidR="00961333" w:rsidRPr="009323E4" w:rsidRDefault="00C85E30">
            <w:pPr>
              <w:spacing w:before="40" w:after="60" w:line="240" w:lineRule="auto"/>
              <w:rPr>
                <w:b w:val="0"/>
                <w:bCs w:val="0"/>
              </w:rPr>
            </w:pPr>
            <w:r w:rsidRPr="0044005D">
              <w:rPr>
                <w:sz w:val="18"/>
              </w:rPr>
              <w:t>1</w:t>
            </w:r>
          </w:p>
        </w:tc>
        <w:tc>
          <w:tcPr>
            <w:tcW w:w="1584" w:type="dxa"/>
          </w:tcPr>
          <w:p w14:paraId="2749FE7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152" w:type="dxa"/>
          </w:tcPr>
          <w:p w14:paraId="5CB4DF5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936" w:type="dxa"/>
          </w:tcPr>
          <w:p w14:paraId="21EA10D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008" w:type="dxa"/>
          </w:tcPr>
          <w:p w14:paraId="2B93B21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296" w:type="dxa"/>
          </w:tcPr>
          <w:p w14:paraId="5C24BF00" w14:textId="245BE0E8"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[MM/YY-MM/YY]</w:t>
            </w:r>
            <w:r w:rsidR="002766A3">
              <w:rPr>
                <w:sz w:val="18"/>
              </w:rPr>
              <w:t xml:space="preserve"> </w:t>
            </w:r>
          </w:p>
        </w:tc>
        <w:tc>
          <w:tcPr>
            <w:tcW w:w="1152" w:type="dxa"/>
          </w:tcPr>
          <w:p w14:paraId="08C0533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[Currency/value]</w:t>
            </w:r>
          </w:p>
        </w:tc>
        <w:tc>
          <w:tcPr>
            <w:tcW w:w="1224" w:type="dxa"/>
          </w:tcPr>
          <w:p w14:paraId="55464F1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[Lead/partner/etc.]</w:t>
            </w:r>
          </w:p>
        </w:tc>
        <w:tc>
          <w:tcPr>
            <w:tcW w:w="1411" w:type="dxa"/>
          </w:tcPr>
          <w:p w14:paraId="0555B9F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result / E##]</w:t>
            </w:r>
          </w:p>
        </w:tc>
      </w:tr>
      <w:tr w:rsidR="00961333" w14:paraId="7A356FAD" w14:textId="77777777" w:rsidTr="009323E4">
        <w:tc>
          <w:tcPr>
            <w:cnfStyle w:val="001000000000" w:firstRow="0" w:lastRow="0" w:firstColumn="1" w:lastColumn="0" w:oddVBand="0" w:evenVBand="0" w:oddHBand="0" w:evenHBand="0" w:firstRowFirstColumn="0" w:firstRowLastColumn="0" w:lastRowFirstColumn="0" w:lastRowLastColumn="0"/>
            <w:tcW w:w="432" w:type="dxa"/>
          </w:tcPr>
          <w:p w14:paraId="09FC068F" w14:textId="77777777" w:rsidR="00961333" w:rsidRPr="009323E4" w:rsidRDefault="00C85E30">
            <w:pPr>
              <w:spacing w:before="40" w:after="60" w:line="240" w:lineRule="auto"/>
              <w:rPr>
                <w:b w:val="0"/>
                <w:bCs w:val="0"/>
              </w:rPr>
            </w:pPr>
            <w:r w:rsidRPr="0044005D">
              <w:rPr>
                <w:sz w:val="18"/>
              </w:rPr>
              <w:t>2</w:t>
            </w:r>
          </w:p>
        </w:tc>
        <w:tc>
          <w:tcPr>
            <w:tcW w:w="1584" w:type="dxa"/>
          </w:tcPr>
          <w:p w14:paraId="2494511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152" w:type="dxa"/>
          </w:tcPr>
          <w:p w14:paraId="68F7176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936" w:type="dxa"/>
          </w:tcPr>
          <w:p w14:paraId="6A4A7C0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008" w:type="dxa"/>
          </w:tcPr>
          <w:p w14:paraId="4685D53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296" w:type="dxa"/>
          </w:tcPr>
          <w:p w14:paraId="175083CF"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[MM/YY-MM/YY]</w:t>
            </w:r>
          </w:p>
        </w:tc>
        <w:tc>
          <w:tcPr>
            <w:tcW w:w="1152" w:type="dxa"/>
          </w:tcPr>
          <w:p w14:paraId="06DD48D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[Currency/value]</w:t>
            </w:r>
          </w:p>
        </w:tc>
        <w:tc>
          <w:tcPr>
            <w:tcW w:w="1224" w:type="dxa"/>
          </w:tcPr>
          <w:p w14:paraId="7240DD4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[Lead/partner/etc.]</w:t>
            </w:r>
          </w:p>
        </w:tc>
        <w:tc>
          <w:tcPr>
            <w:tcW w:w="1411" w:type="dxa"/>
          </w:tcPr>
          <w:p w14:paraId="3D7630A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result / E##]</w:t>
            </w:r>
          </w:p>
        </w:tc>
      </w:tr>
      <w:tr w:rsidR="00961333" w14:paraId="0DFF5012"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 w:type="dxa"/>
          </w:tcPr>
          <w:p w14:paraId="6F0A2719" w14:textId="77777777" w:rsidR="00961333" w:rsidRPr="009323E4" w:rsidRDefault="00C85E30">
            <w:pPr>
              <w:spacing w:before="40" w:after="60" w:line="240" w:lineRule="auto"/>
              <w:rPr>
                <w:b w:val="0"/>
                <w:bCs w:val="0"/>
              </w:rPr>
            </w:pPr>
            <w:r w:rsidRPr="0044005D">
              <w:rPr>
                <w:sz w:val="18"/>
              </w:rPr>
              <w:t>3</w:t>
            </w:r>
          </w:p>
        </w:tc>
        <w:tc>
          <w:tcPr>
            <w:tcW w:w="1584" w:type="dxa"/>
          </w:tcPr>
          <w:p w14:paraId="738ACF9B"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152" w:type="dxa"/>
          </w:tcPr>
          <w:p w14:paraId="2F4B724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936" w:type="dxa"/>
          </w:tcPr>
          <w:p w14:paraId="7C6D040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008" w:type="dxa"/>
          </w:tcPr>
          <w:p w14:paraId="7D419899"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296" w:type="dxa"/>
          </w:tcPr>
          <w:p w14:paraId="58882E2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[MM/YY-MM/YY]</w:t>
            </w:r>
          </w:p>
        </w:tc>
        <w:tc>
          <w:tcPr>
            <w:tcW w:w="1152" w:type="dxa"/>
          </w:tcPr>
          <w:p w14:paraId="7B605347"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[Currency/value]</w:t>
            </w:r>
          </w:p>
        </w:tc>
        <w:tc>
          <w:tcPr>
            <w:tcW w:w="1224" w:type="dxa"/>
          </w:tcPr>
          <w:p w14:paraId="3967D05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[Lead/partner/etc.]</w:t>
            </w:r>
          </w:p>
        </w:tc>
        <w:tc>
          <w:tcPr>
            <w:tcW w:w="1411" w:type="dxa"/>
          </w:tcPr>
          <w:p w14:paraId="5EAF8146"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result / E##]</w:t>
            </w:r>
          </w:p>
        </w:tc>
      </w:tr>
      <w:tr w:rsidR="00961333" w14:paraId="0AF00ECA" w14:textId="77777777" w:rsidTr="009323E4">
        <w:tc>
          <w:tcPr>
            <w:cnfStyle w:val="001000000000" w:firstRow="0" w:lastRow="0" w:firstColumn="1" w:lastColumn="0" w:oddVBand="0" w:evenVBand="0" w:oddHBand="0" w:evenHBand="0" w:firstRowFirstColumn="0" w:firstRowLastColumn="0" w:lastRowFirstColumn="0" w:lastRowLastColumn="0"/>
            <w:tcW w:w="432" w:type="dxa"/>
          </w:tcPr>
          <w:p w14:paraId="16AF7CC3" w14:textId="77777777" w:rsidR="00961333" w:rsidRPr="009323E4" w:rsidRDefault="00C85E30">
            <w:pPr>
              <w:spacing w:before="40" w:after="60" w:line="240" w:lineRule="auto"/>
              <w:rPr>
                <w:b w:val="0"/>
                <w:bCs w:val="0"/>
              </w:rPr>
            </w:pPr>
            <w:r w:rsidRPr="0044005D">
              <w:rPr>
                <w:sz w:val="18"/>
              </w:rPr>
              <w:t>4</w:t>
            </w:r>
          </w:p>
        </w:tc>
        <w:tc>
          <w:tcPr>
            <w:tcW w:w="1584" w:type="dxa"/>
          </w:tcPr>
          <w:p w14:paraId="6551FD7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152" w:type="dxa"/>
          </w:tcPr>
          <w:p w14:paraId="1576642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936" w:type="dxa"/>
          </w:tcPr>
          <w:p w14:paraId="79EDDBE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008" w:type="dxa"/>
          </w:tcPr>
          <w:p w14:paraId="351AFB2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296" w:type="dxa"/>
          </w:tcPr>
          <w:p w14:paraId="6722AC5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[MM/YY-MM/YY]</w:t>
            </w:r>
          </w:p>
        </w:tc>
        <w:tc>
          <w:tcPr>
            <w:tcW w:w="1152" w:type="dxa"/>
          </w:tcPr>
          <w:p w14:paraId="383B3C6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[Currency/value]</w:t>
            </w:r>
          </w:p>
        </w:tc>
        <w:tc>
          <w:tcPr>
            <w:tcW w:w="1224" w:type="dxa"/>
          </w:tcPr>
          <w:p w14:paraId="53894CB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[Lead/partner/etc.]</w:t>
            </w:r>
          </w:p>
        </w:tc>
        <w:tc>
          <w:tcPr>
            <w:tcW w:w="1411" w:type="dxa"/>
          </w:tcPr>
          <w:p w14:paraId="555076F2"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result / E##]</w:t>
            </w:r>
          </w:p>
        </w:tc>
      </w:tr>
      <w:tr w:rsidR="00961333" w14:paraId="5820E356"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 w:type="dxa"/>
          </w:tcPr>
          <w:p w14:paraId="36740BF0" w14:textId="77777777" w:rsidR="00961333" w:rsidRPr="009323E4" w:rsidRDefault="00C85E30">
            <w:pPr>
              <w:spacing w:before="40" w:after="60" w:line="240" w:lineRule="auto"/>
              <w:rPr>
                <w:b w:val="0"/>
                <w:bCs w:val="0"/>
              </w:rPr>
            </w:pPr>
            <w:r w:rsidRPr="0044005D">
              <w:rPr>
                <w:sz w:val="18"/>
              </w:rPr>
              <w:t>5</w:t>
            </w:r>
          </w:p>
        </w:tc>
        <w:tc>
          <w:tcPr>
            <w:tcW w:w="1584" w:type="dxa"/>
          </w:tcPr>
          <w:p w14:paraId="1CFAC4A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152" w:type="dxa"/>
          </w:tcPr>
          <w:p w14:paraId="5B5681D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936" w:type="dxa"/>
          </w:tcPr>
          <w:p w14:paraId="20C12DF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008" w:type="dxa"/>
          </w:tcPr>
          <w:p w14:paraId="2E0E24EB"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296" w:type="dxa"/>
          </w:tcPr>
          <w:p w14:paraId="6FAB155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[MM/YY-MM/YY]</w:t>
            </w:r>
          </w:p>
        </w:tc>
        <w:tc>
          <w:tcPr>
            <w:tcW w:w="1152" w:type="dxa"/>
          </w:tcPr>
          <w:p w14:paraId="115DF5B6"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[Currency/value]</w:t>
            </w:r>
          </w:p>
        </w:tc>
        <w:tc>
          <w:tcPr>
            <w:tcW w:w="1224" w:type="dxa"/>
          </w:tcPr>
          <w:p w14:paraId="5CA7F19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[Lead/partner/etc.]</w:t>
            </w:r>
          </w:p>
        </w:tc>
        <w:tc>
          <w:tcPr>
            <w:tcW w:w="1411" w:type="dxa"/>
          </w:tcPr>
          <w:p w14:paraId="31EC7A69"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result / E##]</w:t>
            </w:r>
          </w:p>
        </w:tc>
      </w:tr>
      <w:tr w:rsidR="00961333" w14:paraId="5B11B2E2" w14:textId="77777777" w:rsidTr="009323E4">
        <w:tc>
          <w:tcPr>
            <w:cnfStyle w:val="001000000000" w:firstRow="0" w:lastRow="0" w:firstColumn="1" w:lastColumn="0" w:oddVBand="0" w:evenVBand="0" w:oddHBand="0" w:evenHBand="0" w:firstRowFirstColumn="0" w:firstRowLastColumn="0" w:lastRowFirstColumn="0" w:lastRowLastColumn="0"/>
            <w:tcW w:w="432" w:type="dxa"/>
          </w:tcPr>
          <w:p w14:paraId="00BE483E" w14:textId="77777777" w:rsidR="00961333" w:rsidRPr="009323E4" w:rsidRDefault="00C85E30">
            <w:pPr>
              <w:spacing w:before="40" w:after="60" w:line="240" w:lineRule="auto"/>
              <w:rPr>
                <w:b w:val="0"/>
                <w:bCs w:val="0"/>
              </w:rPr>
            </w:pPr>
            <w:r w:rsidRPr="0044005D">
              <w:rPr>
                <w:sz w:val="18"/>
              </w:rPr>
              <w:t>6</w:t>
            </w:r>
          </w:p>
        </w:tc>
        <w:tc>
          <w:tcPr>
            <w:tcW w:w="1584" w:type="dxa"/>
          </w:tcPr>
          <w:p w14:paraId="1EE6188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152" w:type="dxa"/>
          </w:tcPr>
          <w:p w14:paraId="7C4736F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936" w:type="dxa"/>
          </w:tcPr>
          <w:p w14:paraId="5313FA0E"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008" w:type="dxa"/>
          </w:tcPr>
          <w:p w14:paraId="406CD15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296" w:type="dxa"/>
          </w:tcPr>
          <w:p w14:paraId="29A8B44E"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[MM/YY-MM/YY]</w:t>
            </w:r>
          </w:p>
        </w:tc>
        <w:tc>
          <w:tcPr>
            <w:tcW w:w="1152" w:type="dxa"/>
          </w:tcPr>
          <w:p w14:paraId="4819CDCE"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[Currency/value]</w:t>
            </w:r>
          </w:p>
        </w:tc>
        <w:tc>
          <w:tcPr>
            <w:tcW w:w="1224" w:type="dxa"/>
          </w:tcPr>
          <w:p w14:paraId="20F93DE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[Lead/partner/etc.]</w:t>
            </w:r>
          </w:p>
        </w:tc>
        <w:tc>
          <w:tcPr>
            <w:tcW w:w="1411" w:type="dxa"/>
          </w:tcPr>
          <w:p w14:paraId="14C8167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result / E##]</w:t>
            </w:r>
          </w:p>
        </w:tc>
      </w:tr>
      <w:tr w:rsidR="00961333" w14:paraId="478A75B6"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 w:type="dxa"/>
          </w:tcPr>
          <w:p w14:paraId="51086D07" w14:textId="77777777" w:rsidR="00961333" w:rsidRPr="009323E4" w:rsidRDefault="00C85E30">
            <w:pPr>
              <w:spacing w:before="40" w:after="60" w:line="240" w:lineRule="auto"/>
              <w:rPr>
                <w:b w:val="0"/>
                <w:bCs w:val="0"/>
              </w:rPr>
            </w:pPr>
            <w:r w:rsidRPr="0044005D">
              <w:rPr>
                <w:sz w:val="18"/>
              </w:rPr>
              <w:t>7</w:t>
            </w:r>
          </w:p>
        </w:tc>
        <w:tc>
          <w:tcPr>
            <w:tcW w:w="1584" w:type="dxa"/>
          </w:tcPr>
          <w:p w14:paraId="4B4B991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152" w:type="dxa"/>
          </w:tcPr>
          <w:p w14:paraId="2E3C97EB"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936" w:type="dxa"/>
          </w:tcPr>
          <w:p w14:paraId="659CCB5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008" w:type="dxa"/>
          </w:tcPr>
          <w:p w14:paraId="4B30BE1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296" w:type="dxa"/>
          </w:tcPr>
          <w:p w14:paraId="27F84B46"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[MM/YY-MM/YY]</w:t>
            </w:r>
          </w:p>
        </w:tc>
        <w:tc>
          <w:tcPr>
            <w:tcW w:w="1152" w:type="dxa"/>
          </w:tcPr>
          <w:p w14:paraId="7B6C7FA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[Currency/value]</w:t>
            </w:r>
          </w:p>
        </w:tc>
        <w:tc>
          <w:tcPr>
            <w:tcW w:w="1224" w:type="dxa"/>
          </w:tcPr>
          <w:p w14:paraId="0C698DC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[Lead/partner/etc.]</w:t>
            </w:r>
          </w:p>
        </w:tc>
        <w:tc>
          <w:tcPr>
            <w:tcW w:w="1411" w:type="dxa"/>
          </w:tcPr>
          <w:p w14:paraId="48718F12"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result / E##]</w:t>
            </w:r>
          </w:p>
        </w:tc>
      </w:tr>
      <w:tr w:rsidR="00961333" w14:paraId="6312C2D4" w14:textId="77777777" w:rsidTr="009323E4">
        <w:tc>
          <w:tcPr>
            <w:cnfStyle w:val="001000000000" w:firstRow="0" w:lastRow="0" w:firstColumn="1" w:lastColumn="0" w:oddVBand="0" w:evenVBand="0" w:oddHBand="0" w:evenHBand="0" w:firstRowFirstColumn="0" w:firstRowLastColumn="0" w:lastRowFirstColumn="0" w:lastRowLastColumn="0"/>
            <w:tcW w:w="432" w:type="dxa"/>
          </w:tcPr>
          <w:p w14:paraId="25D2AE98" w14:textId="77777777" w:rsidR="00961333" w:rsidRPr="009323E4" w:rsidRDefault="00C85E30">
            <w:pPr>
              <w:spacing w:before="40" w:after="60" w:line="240" w:lineRule="auto"/>
              <w:rPr>
                <w:b w:val="0"/>
                <w:bCs w:val="0"/>
              </w:rPr>
            </w:pPr>
            <w:r w:rsidRPr="0044005D">
              <w:rPr>
                <w:sz w:val="18"/>
              </w:rPr>
              <w:t>8</w:t>
            </w:r>
          </w:p>
        </w:tc>
        <w:tc>
          <w:tcPr>
            <w:tcW w:w="1584" w:type="dxa"/>
          </w:tcPr>
          <w:p w14:paraId="1E80D12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152" w:type="dxa"/>
          </w:tcPr>
          <w:p w14:paraId="4EE4165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936" w:type="dxa"/>
          </w:tcPr>
          <w:p w14:paraId="1F39CD4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008" w:type="dxa"/>
          </w:tcPr>
          <w:p w14:paraId="078566E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296" w:type="dxa"/>
          </w:tcPr>
          <w:p w14:paraId="23C874C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[MM/YY-MM/YY]</w:t>
            </w:r>
          </w:p>
        </w:tc>
        <w:tc>
          <w:tcPr>
            <w:tcW w:w="1152" w:type="dxa"/>
          </w:tcPr>
          <w:p w14:paraId="5C356C4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[Currency/value]</w:t>
            </w:r>
          </w:p>
        </w:tc>
        <w:tc>
          <w:tcPr>
            <w:tcW w:w="1224" w:type="dxa"/>
          </w:tcPr>
          <w:p w14:paraId="0887EC8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[Lead/partner/etc.]</w:t>
            </w:r>
          </w:p>
        </w:tc>
        <w:tc>
          <w:tcPr>
            <w:tcW w:w="1411" w:type="dxa"/>
          </w:tcPr>
          <w:p w14:paraId="618915B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result / E##]</w:t>
            </w:r>
          </w:p>
        </w:tc>
      </w:tr>
      <w:tr w:rsidR="00961333" w14:paraId="500D6FA2"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 w:type="dxa"/>
          </w:tcPr>
          <w:p w14:paraId="61C92571" w14:textId="77777777" w:rsidR="00961333" w:rsidRPr="009323E4" w:rsidRDefault="00C85E30">
            <w:pPr>
              <w:spacing w:before="40" w:after="60" w:line="240" w:lineRule="auto"/>
              <w:rPr>
                <w:b w:val="0"/>
                <w:bCs w:val="0"/>
              </w:rPr>
            </w:pPr>
            <w:r w:rsidRPr="0044005D">
              <w:rPr>
                <w:sz w:val="18"/>
              </w:rPr>
              <w:t>9</w:t>
            </w:r>
          </w:p>
        </w:tc>
        <w:tc>
          <w:tcPr>
            <w:tcW w:w="1584" w:type="dxa"/>
          </w:tcPr>
          <w:p w14:paraId="7CAE458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152" w:type="dxa"/>
          </w:tcPr>
          <w:p w14:paraId="44AD3D7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936" w:type="dxa"/>
          </w:tcPr>
          <w:p w14:paraId="451B720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008" w:type="dxa"/>
          </w:tcPr>
          <w:p w14:paraId="48F1EC5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296" w:type="dxa"/>
          </w:tcPr>
          <w:p w14:paraId="04051DE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[MM/YY-MM/YY]</w:t>
            </w:r>
          </w:p>
        </w:tc>
        <w:tc>
          <w:tcPr>
            <w:tcW w:w="1152" w:type="dxa"/>
          </w:tcPr>
          <w:p w14:paraId="5359CFC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[Currency/value]</w:t>
            </w:r>
          </w:p>
        </w:tc>
        <w:tc>
          <w:tcPr>
            <w:tcW w:w="1224" w:type="dxa"/>
          </w:tcPr>
          <w:p w14:paraId="37851ED2"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[Lead/partner/etc.]</w:t>
            </w:r>
          </w:p>
        </w:tc>
        <w:tc>
          <w:tcPr>
            <w:tcW w:w="1411" w:type="dxa"/>
          </w:tcPr>
          <w:p w14:paraId="08FC3F1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result / E##]</w:t>
            </w:r>
          </w:p>
        </w:tc>
      </w:tr>
      <w:tr w:rsidR="00961333" w14:paraId="2A071DA1" w14:textId="77777777" w:rsidTr="009323E4">
        <w:tc>
          <w:tcPr>
            <w:cnfStyle w:val="001000000000" w:firstRow="0" w:lastRow="0" w:firstColumn="1" w:lastColumn="0" w:oddVBand="0" w:evenVBand="0" w:oddHBand="0" w:evenHBand="0" w:firstRowFirstColumn="0" w:firstRowLastColumn="0" w:lastRowFirstColumn="0" w:lastRowLastColumn="0"/>
            <w:tcW w:w="432" w:type="dxa"/>
          </w:tcPr>
          <w:p w14:paraId="2E80739E" w14:textId="77777777" w:rsidR="00961333" w:rsidRPr="009323E4" w:rsidRDefault="00C85E30">
            <w:pPr>
              <w:spacing w:before="40" w:after="60" w:line="240" w:lineRule="auto"/>
              <w:rPr>
                <w:b w:val="0"/>
                <w:bCs w:val="0"/>
              </w:rPr>
            </w:pPr>
            <w:r w:rsidRPr="0044005D">
              <w:rPr>
                <w:sz w:val="18"/>
              </w:rPr>
              <w:t>10</w:t>
            </w:r>
          </w:p>
        </w:tc>
        <w:tc>
          <w:tcPr>
            <w:tcW w:w="1584" w:type="dxa"/>
          </w:tcPr>
          <w:p w14:paraId="10E03F1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152" w:type="dxa"/>
          </w:tcPr>
          <w:p w14:paraId="05E1A5F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936" w:type="dxa"/>
          </w:tcPr>
          <w:p w14:paraId="3CA875D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008" w:type="dxa"/>
          </w:tcPr>
          <w:p w14:paraId="25BE21D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296" w:type="dxa"/>
          </w:tcPr>
          <w:p w14:paraId="0A24C8F7"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[MM/YY-MM/YY]</w:t>
            </w:r>
          </w:p>
        </w:tc>
        <w:tc>
          <w:tcPr>
            <w:tcW w:w="1152" w:type="dxa"/>
          </w:tcPr>
          <w:p w14:paraId="403E6460"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[Currency/value]</w:t>
            </w:r>
          </w:p>
        </w:tc>
        <w:tc>
          <w:tcPr>
            <w:tcW w:w="1224" w:type="dxa"/>
          </w:tcPr>
          <w:p w14:paraId="349D9D0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[Lead/partner/etc.]</w:t>
            </w:r>
          </w:p>
        </w:tc>
        <w:tc>
          <w:tcPr>
            <w:tcW w:w="1411" w:type="dxa"/>
          </w:tcPr>
          <w:p w14:paraId="1D9CF8F2"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result / E##]</w:t>
            </w:r>
          </w:p>
        </w:tc>
      </w:tr>
    </w:tbl>
    <w:p w14:paraId="6E08686D" w14:textId="77777777" w:rsidR="00961333" w:rsidRDefault="00C85E30" w:rsidP="009323E4">
      <w:pPr>
        <w:jc w:val="both"/>
      </w:pPr>
      <w:r>
        <w:t>CARE may verify project claims through institutional references, project records, clarification or due diligence. Funding from a UN agency or INGO is not mandatory. Evidence may include report excerpts, completion records, redacted agreement cover pages or institutional references. Full donor contracts are not required.</w:t>
      </w:r>
    </w:p>
    <w:p w14:paraId="539B0D9D" w14:textId="77777777" w:rsidR="00961333" w:rsidRPr="009323E4" w:rsidRDefault="00C85E30">
      <w:pPr>
        <w:pStyle w:val="Heading1"/>
        <w:rPr>
          <w:color w:val="F79646" w:themeColor="accent6"/>
        </w:rPr>
      </w:pPr>
      <w:r w:rsidRPr="009323E4">
        <w:rPr>
          <w:rFonts w:ascii="Arial" w:hAnsi="Arial"/>
          <w:color w:val="F79646" w:themeColor="accent6"/>
        </w:rPr>
        <w:t>7. Target Populations and Inclusion Experience</w:t>
      </w:r>
    </w:p>
    <w:tbl>
      <w:tblPr>
        <w:tblStyle w:val="GridTable4-Accent6"/>
        <w:tblW w:w="0" w:type="auto"/>
        <w:tblLook w:val="04A0" w:firstRow="1" w:lastRow="0" w:firstColumn="1" w:lastColumn="0" w:noHBand="0" w:noVBand="1"/>
      </w:tblPr>
      <w:tblGrid>
        <w:gridCol w:w="3397"/>
        <w:gridCol w:w="3397"/>
        <w:gridCol w:w="3396"/>
      </w:tblGrid>
      <w:tr w:rsidR="00961333" w14:paraId="0EB1764E"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7E662F26" w14:textId="77777777" w:rsidR="00961333" w:rsidRDefault="00C85E30">
            <w:pPr>
              <w:spacing w:before="40" w:after="60" w:line="240" w:lineRule="auto"/>
            </w:pPr>
            <w:r>
              <w:rPr>
                <w:color w:val="FFFFFF"/>
                <w:sz w:val="18"/>
              </w:rPr>
              <w:t>Population / group</w:t>
            </w:r>
          </w:p>
        </w:tc>
        <w:tc>
          <w:tcPr>
            <w:tcW w:w="3400" w:type="dxa"/>
          </w:tcPr>
          <w:p w14:paraId="312BD352"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Relevant?</w:t>
            </w:r>
          </w:p>
        </w:tc>
        <w:tc>
          <w:tcPr>
            <w:tcW w:w="3400" w:type="dxa"/>
          </w:tcPr>
          <w:p w14:paraId="7956B6D8"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Brief evidence / project reference</w:t>
            </w:r>
          </w:p>
        </w:tc>
      </w:tr>
      <w:tr w:rsidR="00961333" w14:paraId="67156929"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49144F4C" w14:textId="77777777" w:rsidR="00961333" w:rsidRPr="009323E4" w:rsidRDefault="00C85E30">
            <w:pPr>
              <w:spacing w:before="40" w:after="60" w:line="240" w:lineRule="auto"/>
              <w:rPr>
                <w:b w:val="0"/>
                <w:bCs w:val="0"/>
              </w:rPr>
            </w:pPr>
            <w:r w:rsidRPr="00FA573A">
              <w:rPr>
                <w:sz w:val="18"/>
              </w:rPr>
              <w:t>Women and girls</w:t>
            </w:r>
          </w:p>
        </w:tc>
        <w:tc>
          <w:tcPr>
            <w:tcW w:w="3400" w:type="dxa"/>
          </w:tcPr>
          <w:p w14:paraId="2B3302F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5F053D8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[Project or evidence reference]</w:t>
            </w:r>
          </w:p>
        </w:tc>
      </w:tr>
      <w:tr w:rsidR="00961333" w14:paraId="17EE59A1"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3B7027EE" w14:textId="77777777" w:rsidR="00961333" w:rsidRPr="009323E4" w:rsidRDefault="00C85E30">
            <w:pPr>
              <w:spacing w:before="40" w:after="60" w:line="240" w:lineRule="auto"/>
              <w:rPr>
                <w:b w:val="0"/>
                <w:bCs w:val="0"/>
              </w:rPr>
            </w:pPr>
            <w:r w:rsidRPr="00FA573A">
              <w:rPr>
                <w:sz w:val="18"/>
              </w:rPr>
              <w:lastRenderedPageBreak/>
              <w:t>Youth</w:t>
            </w:r>
          </w:p>
        </w:tc>
        <w:tc>
          <w:tcPr>
            <w:tcW w:w="3400" w:type="dxa"/>
          </w:tcPr>
          <w:p w14:paraId="58B8ADB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3FED915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[Project or evidence reference]</w:t>
            </w:r>
          </w:p>
        </w:tc>
      </w:tr>
      <w:tr w:rsidR="00961333" w14:paraId="3A97F386"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2DF13BD9" w14:textId="77777777" w:rsidR="00961333" w:rsidRPr="009323E4" w:rsidRDefault="00C85E30">
            <w:pPr>
              <w:spacing w:before="40" w:after="60" w:line="240" w:lineRule="auto"/>
              <w:rPr>
                <w:b w:val="0"/>
                <w:bCs w:val="0"/>
              </w:rPr>
            </w:pPr>
            <w:r w:rsidRPr="00FA573A">
              <w:rPr>
                <w:sz w:val="18"/>
              </w:rPr>
              <w:t>Internally displaced persons</w:t>
            </w:r>
          </w:p>
        </w:tc>
        <w:tc>
          <w:tcPr>
            <w:tcW w:w="3400" w:type="dxa"/>
          </w:tcPr>
          <w:p w14:paraId="1A91BCD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64054E4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[Project or evidence reference]</w:t>
            </w:r>
          </w:p>
        </w:tc>
      </w:tr>
      <w:tr w:rsidR="00961333" w14:paraId="7850BB07"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72662256" w14:textId="77777777" w:rsidR="00961333" w:rsidRPr="009323E4" w:rsidRDefault="00C85E30">
            <w:pPr>
              <w:spacing w:before="40" w:after="60" w:line="240" w:lineRule="auto"/>
              <w:rPr>
                <w:b w:val="0"/>
                <w:bCs w:val="0"/>
              </w:rPr>
            </w:pPr>
            <w:r w:rsidRPr="00FA573A">
              <w:rPr>
                <w:sz w:val="18"/>
              </w:rPr>
              <w:t>Returnees</w:t>
            </w:r>
          </w:p>
        </w:tc>
        <w:tc>
          <w:tcPr>
            <w:tcW w:w="3400" w:type="dxa"/>
          </w:tcPr>
          <w:p w14:paraId="5340221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5E68DF70"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[Project or evidence reference]</w:t>
            </w:r>
          </w:p>
        </w:tc>
      </w:tr>
      <w:tr w:rsidR="00961333" w14:paraId="45BC9FB4"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4C23F899" w14:textId="77777777" w:rsidR="00961333" w:rsidRPr="009323E4" w:rsidRDefault="00C85E30">
            <w:pPr>
              <w:spacing w:before="40" w:after="60" w:line="240" w:lineRule="auto"/>
              <w:rPr>
                <w:b w:val="0"/>
                <w:bCs w:val="0"/>
              </w:rPr>
            </w:pPr>
            <w:r w:rsidRPr="00FA573A">
              <w:rPr>
                <w:sz w:val="18"/>
              </w:rPr>
              <w:t>Refugees</w:t>
            </w:r>
          </w:p>
        </w:tc>
        <w:tc>
          <w:tcPr>
            <w:tcW w:w="3400" w:type="dxa"/>
          </w:tcPr>
          <w:p w14:paraId="1B04E59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25E7B94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[Project or evidence reference]</w:t>
            </w:r>
          </w:p>
        </w:tc>
      </w:tr>
      <w:tr w:rsidR="00961333" w14:paraId="54990654"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7047A955" w14:textId="77777777" w:rsidR="00961333" w:rsidRPr="009323E4" w:rsidRDefault="00C85E30">
            <w:pPr>
              <w:spacing w:before="40" w:after="60" w:line="240" w:lineRule="auto"/>
              <w:rPr>
                <w:b w:val="0"/>
                <w:bCs w:val="0"/>
              </w:rPr>
            </w:pPr>
            <w:r w:rsidRPr="00FA573A">
              <w:rPr>
                <w:sz w:val="18"/>
              </w:rPr>
              <w:t>Host communities</w:t>
            </w:r>
          </w:p>
        </w:tc>
        <w:tc>
          <w:tcPr>
            <w:tcW w:w="3400" w:type="dxa"/>
          </w:tcPr>
          <w:p w14:paraId="08382622"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6D1B8A6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[Project or evidence reference]</w:t>
            </w:r>
          </w:p>
        </w:tc>
      </w:tr>
      <w:tr w:rsidR="00961333" w14:paraId="44AF378B"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0D94A2DB" w14:textId="59846AE6" w:rsidR="00961333" w:rsidRPr="009323E4" w:rsidRDefault="00C85E30">
            <w:pPr>
              <w:spacing w:before="40" w:after="60" w:line="240" w:lineRule="auto"/>
              <w:rPr>
                <w:b w:val="0"/>
                <w:bCs w:val="0"/>
              </w:rPr>
            </w:pPr>
            <w:r w:rsidRPr="00FA573A">
              <w:rPr>
                <w:sz w:val="18"/>
              </w:rPr>
              <w:t>P</w:t>
            </w:r>
            <w:r w:rsidR="00FA573A">
              <w:rPr>
                <w:b w:val="0"/>
                <w:bCs w:val="0"/>
                <w:sz w:val="18"/>
              </w:rPr>
              <w:t>eople</w:t>
            </w:r>
            <w:r w:rsidRPr="00FA573A">
              <w:rPr>
                <w:sz w:val="18"/>
              </w:rPr>
              <w:t xml:space="preserve"> with disabilities</w:t>
            </w:r>
          </w:p>
        </w:tc>
        <w:tc>
          <w:tcPr>
            <w:tcW w:w="3400" w:type="dxa"/>
          </w:tcPr>
          <w:p w14:paraId="1A3852F9"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7DD3E2C2"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[Project or evidence reference]</w:t>
            </w:r>
          </w:p>
        </w:tc>
      </w:tr>
      <w:tr w:rsidR="00961333" w14:paraId="2C2BC742"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10F2AE22" w14:textId="77777777" w:rsidR="00961333" w:rsidRPr="009323E4" w:rsidRDefault="00C85E30">
            <w:pPr>
              <w:spacing w:before="40" w:after="60" w:line="240" w:lineRule="auto"/>
              <w:rPr>
                <w:b w:val="0"/>
                <w:bCs w:val="0"/>
              </w:rPr>
            </w:pPr>
            <w:r w:rsidRPr="00FA573A">
              <w:rPr>
                <w:sz w:val="18"/>
              </w:rPr>
              <w:t>Minorities / marginalized groups</w:t>
            </w:r>
          </w:p>
        </w:tc>
        <w:tc>
          <w:tcPr>
            <w:tcW w:w="3400" w:type="dxa"/>
          </w:tcPr>
          <w:p w14:paraId="490F11A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6224786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[Project or evidence reference]</w:t>
            </w:r>
          </w:p>
        </w:tc>
      </w:tr>
      <w:tr w:rsidR="00961333" w14:paraId="5504D68A"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2687FF87" w14:textId="77777777" w:rsidR="00961333" w:rsidRPr="009323E4" w:rsidRDefault="00C85E30">
            <w:pPr>
              <w:spacing w:before="40" w:after="60" w:line="240" w:lineRule="auto"/>
              <w:rPr>
                <w:b w:val="0"/>
                <w:bCs w:val="0"/>
              </w:rPr>
            </w:pPr>
            <w:r w:rsidRPr="00FA573A">
              <w:rPr>
                <w:sz w:val="18"/>
              </w:rPr>
              <w:t>Other: __________</w:t>
            </w:r>
          </w:p>
        </w:tc>
        <w:tc>
          <w:tcPr>
            <w:tcW w:w="3400" w:type="dxa"/>
          </w:tcPr>
          <w:p w14:paraId="4A629BA2"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43F97B8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[Project or evidence reference]</w:t>
            </w:r>
          </w:p>
        </w:tc>
      </w:tr>
    </w:tbl>
    <w:p w14:paraId="35A74692" w14:textId="77777777" w:rsidR="00961333" w:rsidRPr="009323E4" w:rsidRDefault="00C85E30">
      <w:pPr>
        <w:pStyle w:val="Heading1"/>
        <w:rPr>
          <w:color w:val="F79646" w:themeColor="accent6"/>
        </w:rPr>
      </w:pPr>
      <w:r w:rsidRPr="009323E4">
        <w:rPr>
          <w:rFonts w:ascii="Arial" w:hAnsi="Arial"/>
          <w:color w:val="F79646" w:themeColor="accent6"/>
        </w:rPr>
        <w:t>8. Organizational and Project Management Capacity</w:t>
      </w:r>
    </w:p>
    <w:tbl>
      <w:tblPr>
        <w:tblStyle w:val="GridTable4-Accent6"/>
        <w:tblW w:w="0" w:type="auto"/>
        <w:tblLook w:val="04A0" w:firstRow="1" w:lastRow="0" w:firstColumn="1" w:lastColumn="0" w:noHBand="0" w:noVBand="1"/>
      </w:tblPr>
      <w:tblGrid>
        <w:gridCol w:w="3396"/>
        <w:gridCol w:w="3397"/>
        <w:gridCol w:w="3397"/>
      </w:tblGrid>
      <w:tr w:rsidR="00961333" w14:paraId="03B538E2"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6D4B3218" w14:textId="77777777" w:rsidR="00961333" w:rsidRDefault="00C85E30">
            <w:pPr>
              <w:spacing w:before="40" w:after="60" w:line="240" w:lineRule="auto"/>
            </w:pPr>
            <w:r>
              <w:rPr>
                <w:color w:val="FFFFFF"/>
                <w:sz w:val="18"/>
              </w:rPr>
              <w:t>Capacity area</w:t>
            </w:r>
          </w:p>
        </w:tc>
        <w:tc>
          <w:tcPr>
            <w:tcW w:w="3400" w:type="dxa"/>
          </w:tcPr>
          <w:p w14:paraId="78CDA180"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Current arrangement / summary</w:t>
            </w:r>
          </w:p>
        </w:tc>
        <w:tc>
          <w:tcPr>
            <w:tcW w:w="3400" w:type="dxa"/>
          </w:tcPr>
          <w:p w14:paraId="03B9A32A"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Evidence available / reference</w:t>
            </w:r>
          </w:p>
        </w:tc>
      </w:tr>
      <w:tr w:rsidR="00961333" w14:paraId="5BC726AE"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5A53F989" w14:textId="4E26F2EF" w:rsidR="00961333" w:rsidRPr="009323E4" w:rsidRDefault="00C85E30">
            <w:pPr>
              <w:spacing w:before="40" w:after="60" w:line="240" w:lineRule="auto"/>
              <w:rPr>
                <w:b w:val="0"/>
                <w:bCs w:val="0"/>
              </w:rPr>
            </w:pPr>
            <w:r w:rsidRPr="00FA573A">
              <w:rPr>
                <w:sz w:val="18"/>
              </w:rPr>
              <w:t xml:space="preserve">Governance </w:t>
            </w:r>
          </w:p>
        </w:tc>
        <w:tc>
          <w:tcPr>
            <w:tcW w:w="3400" w:type="dxa"/>
          </w:tcPr>
          <w:p w14:paraId="6298E8E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summary]</w:t>
            </w:r>
          </w:p>
        </w:tc>
        <w:tc>
          <w:tcPr>
            <w:tcW w:w="3400" w:type="dxa"/>
          </w:tcPr>
          <w:p w14:paraId="1F2B50C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[Policy/tool/E## if available]</w:t>
            </w:r>
          </w:p>
        </w:tc>
      </w:tr>
      <w:tr w:rsidR="00961333" w14:paraId="19F1FA2C"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0223BE20" w14:textId="77777777" w:rsidR="00961333" w:rsidRPr="009323E4" w:rsidRDefault="00C85E30">
            <w:pPr>
              <w:spacing w:before="40" w:after="60" w:line="240" w:lineRule="auto"/>
              <w:rPr>
                <w:b w:val="0"/>
                <w:bCs w:val="0"/>
              </w:rPr>
            </w:pPr>
            <w:r w:rsidRPr="00FA573A">
              <w:rPr>
                <w:sz w:val="18"/>
              </w:rPr>
              <w:t>Program / project management</w:t>
            </w:r>
          </w:p>
        </w:tc>
        <w:tc>
          <w:tcPr>
            <w:tcW w:w="3400" w:type="dxa"/>
          </w:tcPr>
          <w:p w14:paraId="30418E1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summary]</w:t>
            </w:r>
          </w:p>
        </w:tc>
        <w:tc>
          <w:tcPr>
            <w:tcW w:w="3400" w:type="dxa"/>
          </w:tcPr>
          <w:p w14:paraId="5DF4F89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[Policy/tool/E## if available]</w:t>
            </w:r>
          </w:p>
        </w:tc>
      </w:tr>
      <w:tr w:rsidR="00961333" w14:paraId="21824058"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731735BC" w14:textId="77777777" w:rsidR="00961333" w:rsidRPr="009323E4" w:rsidRDefault="00C85E30">
            <w:pPr>
              <w:spacing w:before="40" w:after="60" w:line="240" w:lineRule="auto"/>
              <w:rPr>
                <w:b w:val="0"/>
                <w:bCs w:val="0"/>
              </w:rPr>
            </w:pPr>
            <w:r w:rsidRPr="00FA573A">
              <w:rPr>
                <w:sz w:val="18"/>
              </w:rPr>
              <w:t>Finance and internal controls</w:t>
            </w:r>
          </w:p>
        </w:tc>
        <w:tc>
          <w:tcPr>
            <w:tcW w:w="3400" w:type="dxa"/>
          </w:tcPr>
          <w:p w14:paraId="5C755FA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summary]</w:t>
            </w:r>
          </w:p>
        </w:tc>
        <w:tc>
          <w:tcPr>
            <w:tcW w:w="3400" w:type="dxa"/>
          </w:tcPr>
          <w:p w14:paraId="1DE2D14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[Policy/tool/E## if available]</w:t>
            </w:r>
          </w:p>
        </w:tc>
      </w:tr>
      <w:tr w:rsidR="00961333" w14:paraId="1E9062FC"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1CEB3D5F" w14:textId="77777777" w:rsidR="00961333" w:rsidRPr="009323E4" w:rsidRDefault="00C85E30">
            <w:pPr>
              <w:spacing w:before="40" w:after="60" w:line="240" w:lineRule="auto"/>
              <w:rPr>
                <w:b w:val="0"/>
                <w:bCs w:val="0"/>
              </w:rPr>
            </w:pPr>
            <w:r w:rsidRPr="00FA573A">
              <w:rPr>
                <w:sz w:val="18"/>
              </w:rPr>
              <w:t>Procurement / logistics</w:t>
            </w:r>
          </w:p>
        </w:tc>
        <w:tc>
          <w:tcPr>
            <w:tcW w:w="3400" w:type="dxa"/>
          </w:tcPr>
          <w:p w14:paraId="079E315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summary]</w:t>
            </w:r>
          </w:p>
        </w:tc>
        <w:tc>
          <w:tcPr>
            <w:tcW w:w="3400" w:type="dxa"/>
          </w:tcPr>
          <w:p w14:paraId="5AD7A98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[Policy/tool/E## if available]</w:t>
            </w:r>
          </w:p>
        </w:tc>
      </w:tr>
      <w:tr w:rsidR="00961333" w14:paraId="3759FB27"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24323271" w14:textId="77777777" w:rsidR="00961333" w:rsidRPr="009323E4" w:rsidRDefault="00C85E30">
            <w:pPr>
              <w:spacing w:before="40" w:after="60" w:line="240" w:lineRule="auto"/>
              <w:rPr>
                <w:b w:val="0"/>
                <w:bCs w:val="0"/>
              </w:rPr>
            </w:pPr>
            <w:r w:rsidRPr="00FA573A">
              <w:rPr>
                <w:sz w:val="18"/>
              </w:rPr>
              <w:t>Human resources</w:t>
            </w:r>
          </w:p>
        </w:tc>
        <w:tc>
          <w:tcPr>
            <w:tcW w:w="3400" w:type="dxa"/>
          </w:tcPr>
          <w:p w14:paraId="34C5EB2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summary]</w:t>
            </w:r>
          </w:p>
        </w:tc>
        <w:tc>
          <w:tcPr>
            <w:tcW w:w="3400" w:type="dxa"/>
          </w:tcPr>
          <w:p w14:paraId="27DBD3D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[Policy/tool/E## if available]</w:t>
            </w:r>
          </w:p>
        </w:tc>
      </w:tr>
      <w:tr w:rsidR="00961333" w14:paraId="039BB09B"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1204D52C" w14:textId="77777777" w:rsidR="00961333" w:rsidRPr="009323E4" w:rsidRDefault="00C85E30">
            <w:pPr>
              <w:spacing w:before="40" w:after="60" w:line="240" w:lineRule="auto"/>
              <w:rPr>
                <w:b w:val="0"/>
                <w:bCs w:val="0"/>
              </w:rPr>
            </w:pPr>
            <w:r w:rsidRPr="00FA573A">
              <w:rPr>
                <w:sz w:val="18"/>
              </w:rPr>
              <w:t>MEAL</w:t>
            </w:r>
          </w:p>
        </w:tc>
        <w:tc>
          <w:tcPr>
            <w:tcW w:w="3400" w:type="dxa"/>
          </w:tcPr>
          <w:p w14:paraId="5E72AFD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summary]</w:t>
            </w:r>
          </w:p>
        </w:tc>
        <w:tc>
          <w:tcPr>
            <w:tcW w:w="3400" w:type="dxa"/>
          </w:tcPr>
          <w:p w14:paraId="70D056B7"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[Policy/tool/E## if available]</w:t>
            </w:r>
          </w:p>
        </w:tc>
      </w:tr>
      <w:tr w:rsidR="00961333" w14:paraId="5BB22720"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06D2E32F" w14:textId="77777777" w:rsidR="00961333" w:rsidRPr="009323E4" w:rsidRDefault="00C85E30">
            <w:pPr>
              <w:spacing w:before="40" w:after="60" w:line="240" w:lineRule="auto"/>
              <w:rPr>
                <w:b w:val="0"/>
                <w:bCs w:val="0"/>
              </w:rPr>
            </w:pPr>
            <w:r w:rsidRPr="00FA573A">
              <w:rPr>
                <w:sz w:val="18"/>
              </w:rPr>
              <w:t>Safeguarding / PSEAH</w:t>
            </w:r>
          </w:p>
        </w:tc>
        <w:tc>
          <w:tcPr>
            <w:tcW w:w="3400" w:type="dxa"/>
          </w:tcPr>
          <w:p w14:paraId="6362306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summary]</w:t>
            </w:r>
          </w:p>
        </w:tc>
        <w:tc>
          <w:tcPr>
            <w:tcW w:w="3400" w:type="dxa"/>
          </w:tcPr>
          <w:p w14:paraId="48E6DCD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[Policy/tool/E## if available]</w:t>
            </w:r>
          </w:p>
        </w:tc>
      </w:tr>
      <w:tr w:rsidR="00961333" w14:paraId="2D96085C"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5C93D15D" w14:textId="77777777" w:rsidR="00961333" w:rsidRPr="009323E4" w:rsidRDefault="00C85E30">
            <w:pPr>
              <w:spacing w:before="40" w:after="60" w:line="240" w:lineRule="auto"/>
              <w:rPr>
                <w:b w:val="0"/>
                <w:bCs w:val="0"/>
              </w:rPr>
            </w:pPr>
            <w:r w:rsidRPr="00FA573A">
              <w:rPr>
                <w:sz w:val="18"/>
              </w:rPr>
              <w:t>Community accountability / complaints</w:t>
            </w:r>
          </w:p>
        </w:tc>
        <w:tc>
          <w:tcPr>
            <w:tcW w:w="3400" w:type="dxa"/>
          </w:tcPr>
          <w:p w14:paraId="2DD3B55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summary]</w:t>
            </w:r>
          </w:p>
        </w:tc>
        <w:tc>
          <w:tcPr>
            <w:tcW w:w="3400" w:type="dxa"/>
          </w:tcPr>
          <w:p w14:paraId="2DE10BFF"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[Policy/tool/E## if available]</w:t>
            </w:r>
          </w:p>
        </w:tc>
      </w:tr>
      <w:tr w:rsidR="00961333" w14:paraId="5EA6DB0F"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6FCB7947" w14:textId="77777777" w:rsidR="00961333" w:rsidRPr="009323E4" w:rsidRDefault="00C85E30">
            <w:pPr>
              <w:spacing w:before="40" w:after="60" w:line="240" w:lineRule="auto"/>
              <w:rPr>
                <w:b w:val="0"/>
                <w:bCs w:val="0"/>
              </w:rPr>
            </w:pPr>
            <w:r w:rsidRPr="00FA573A">
              <w:rPr>
                <w:sz w:val="18"/>
              </w:rPr>
              <w:t>Security / access, where relevant</w:t>
            </w:r>
          </w:p>
        </w:tc>
        <w:tc>
          <w:tcPr>
            <w:tcW w:w="3400" w:type="dxa"/>
          </w:tcPr>
          <w:p w14:paraId="6BF87A0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summary]</w:t>
            </w:r>
          </w:p>
        </w:tc>
        <w:tc>
          <w:tcPr>
            <w:tcW w:w="3400" w:type="dxa"/>
          </w:tcPr>
          <w:p w14:paraId="366F15D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[Policy/tool/E## if available]</w:t>
            </w:r>
          </w:p>
        </w:tc>
      </w:tr>
    </w:tbl>
    <w:p w14:paraId="422EC07E" w14:textId="00DD682D" w:rsidR="00961333" w:rsidRPr="009323E4" w:rsidRDefault="00C85E30">
      <w:pPr>
        <w:pStyle w:val="Heading2"/>
        <w:rPr>
          <w:color w:val="F79646" w:themeColor="accent6"/>
        </w:rPr>
      </w:pPr>
      <w:r w:rsidRPr="009323E4">
        <w:rPr>
          <w:rFonts w:ascii="Arial" w:hAnsi="Arial"/>
          <w:color w:val="F79646" w:themeColor="accent6"/>
        </w:rPr>
        <w:t xml:space="preserve">8.1 Capacity </w:t>
      </w:r>
      <w:r w:rsidR="00DE2B17" w:rsidRPr="009323E4">
        <w:rPr>
          <w:rFonts w:ascii="Arial" w:hAnsi="Arial"/>
          <w:color w:val="F79646" w:themeColor="accent6"/>
        </w:rPr>
        <w:t>summary</w:t>
      </w:r>
      <w:r w:rsidR="00DE2B17" w:rsidRPr="009323E4">
        <w:rPr>
          <w:rFonts w:ascii="Arial" w:hAnsi="Arial"/>
          <w:i/>
          <w:color w:val="F79646" w:themeColor="accent6"/>
        </w:rPr>
        <w:t xml:space="preserve"> [</w:t>
      </w:r>
      <w:r w:rsidRPr="009323E4">
        <w:rPr>
          <w:rFonts w:ascii="Arial" w:hAnsi="Arial"/>
          <w:i/>
          <w:color w:val="F79646" w:themeColor="accent6"/>
        </w:rPr>
        <w:t>Limit: 400 words]</w:t>
      </w:r>
    </w:p>
    <w:p w14:paraId="169B66C9" w14:textId="77777777" w:rsidR="00961333" w:rsidRDefault="00C85E30" w:rsidP="009323E4">
      <w:pPr>
        <w:keepNext/>
        <w:spacing w:after="60"/>
        <w:jc w:val="both"/>
      </w:pPr>
      <w:r>
        <w:t>Describe the organization’s current staffing and management capacity and its ability to manage a partnership proportionate to its size. Identify any capacity areas the organization would like to strengthen through partnership with CARE.</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6AD78689" w14:textId="77777777">
        <w:trPr>
          <w:cantSplit/>
          <w:jc w:val="center"/>
        </w:trPr>
        <w:tc>
          <w:tcPr>
            <w:tcW w:w="10200" w:type="dxa"/>
            <w:shd w:val="clear" w:color="auto" w:fill="FFFFFF"/>
            <w:tcMar>
              <w:top w:w="100" w:type="dxa"/>
              <w:left w:w="100" w:type="dxa"/>
              <w:bottom w:w="100" w:type="dxa"/>
              <w:right w:w="100" w:type="dxa"/>
            </w:tcMar>
          </w:tcPr>
          <w:p w14:paraId="62C2EBA8" w14:textId="77777777" w:rsidR="00961333" w:rsidRDefault="00C85E30">
            <w:pPr>
              <w:spacing w:before="40" w:after="60" w:line="240" w:lineRule="auto"/>
            </w:pPr>
            <w:r>
              <w:t>[Applicant response]</w:t>
            </w:r>
            <w:r>
              <w:br/>
            </w:r>
            <w:r>
              <w:br/>
            </w:r>
            <w:r>
              <w:br/>
            </w:r>
            <w:r>
              <w:br/>
            </w:r>
            <w:r>
              <w:br/>
            </w:r>
          </w:p>
        </w:tc>
      </w:tr>
    </w:tbl>
    <w:p w14:paraId="6951354C" w14:textId="77777777" w:rsidR="00961333" w:rsidRDefault="00961333"/>
    <w:p w14:paraId="6B768471" w14:textId="4805D33E" w:rsidR="00961333" w:rsidRDefault="00C85E30" w:rsidP="009323E4">
      <w:pPr>
        <w:jc w:val="both"/>
      </w:pPr>
      <w:r>
        <w:t>CARE uses this section for Stage 2 organizational capacity scoring. Detailed verification of finance, procurement, HR, governance and other systems normally occur during DDA for shortlisted organizations.</w:t>
      </w:r>
    </w:p>
    <w:p w14:paraId="3CC3C91B" w14:textId="04474466" w:rsidR="00961333" w:rsidRDefault="00C85E30">
      <w:pPr>
        <w:pStyle w:val="Heading1"/>
      </w:pPr>
      <w:r w:rsidRPr="009323E4">
        <w:rPr>
          <w:rFonts w:ascii="Arial" w:hAnsi="Arial"/>
          <w:color w:val="F79646" w:themeColor="accent6"/>
        </w:rPr>
        <w:t xml:space="preserve">9. </w:t>
      </w:r>
      <w:r w:rsidR="3E907ADC" w:rsidRPr="0594FCE9">
        <w:rPr>
          <w:rFonts w:ascii="Arial" w:hAnsi="Arial"/>
          <w:color w:val="F79646" w:themeColor="accent6"/>
        </w:rPr>
        <w:t>Women and Girls</w:t>
      </w:r>
      <w:r w:rsidRPr="009323E4">
        <w:rPr>
          <w:rFonts w:ascii="Arial" w:hAnsi="Arial"/>
          <w:color w:val="F79646" w:themeColor="accent6"/>
        </w:rPr>
        <w:t xml:space="preserve"> Equality, Safeguarding, Inclusion and Accountability</w:t>
      </w:r>
    </w:p>
    <w:p w14:paraId="425CB2B9" w14:textId="11845FFB" w:rsidR="002E09B8" w:rsidRPr="002E09B8" w:rsidRDefault="002E09B8" w:rsidP="009323E4">
      <w:pPr>
        <w:jc w:val="both"/>
      </w:pPr>
      <w:r w:rsidRPr="002E09B8">
        <w:t>Where a standalone policy is unavailable, describe any equivalent practical arrangements. A “No” answer does not automatically result in rejection; CARE will assess the explanation against the Stage 1 requirements. Identify the role responsible for safeguarding, available confidential reporting channels, and the basic response or referral process. Do not include identifiable case information.</w:t>
      </w:r>
    </w:p>
    <w:tbl>
      <w:tblPr>
        <w:tblStyle w:val="GridTable4-Accent6"/>
        <w:tblW w:w="0" w:type="auto"/>
        <w:tblLook w:val="04A0" w:firstRow="1" w:lastRow="0" w:firstColumn="1" w:lastColumn="0" w:noHBand="0" w:noVBand="1"/>
      </w:tblPr>
      <w:tblGrid>
        <w:gridCol w:w="2549"/>
        <w:gridCol w:w="2546"/>
        <w:gridCol w:w="2547"/>
        <w:gridCol w:w="2548"/>
      </w:tblGrid>
      <w:tr w:rsidR="00961333" w14:paraId="4A9F8C92"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3E06D392" w14:textId="77777777" w:rsidR="00961333" w:rsidRDefault="00C85E30">
            <w:pPr>
              <w:spacing w:before="40" w:after="60" w:line="240" w:lineRule="auto"/>
            </w:pPr>
            <w:r>
              <w:rPr>
                <w:color w:val="FFFFFF"/>
                <w:sz w:val="18"/>
              </w:rPr>
              <w:t>Question</w:t>
            </w:r>
          </w:p>
        </w:tc>
        <w:tc>
          <w:tcPr>
            <w:tcW w:w="2550" w:type="dxa"/>
          </w:tcPr>
          <w:p w14:paraId="26EF5BD0"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Yes/No</w:t>
            </w:r>
          </w:p>
        </w:tc>
        <w:tc>
          <w:tcPr>
            <w:tcW w:w="2550" w:type="dxa"/>
          </w:tcPr>
          <w:p w14:paraId="47A1F0E3"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Brief explanation / mechanism</w:t>
            </w:r>
          </w:p>
        </w:tc>
        <w:tc>
          <w:tcPr>
            <w:tcW w:w="2550" w:type="dxa"/>
          </w:tcPr>
          <w:p w14:paraId="2AA30264"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Evidence reference</w:t>
            </w:r>
          </w:p>
        </w:tc>
      </w:tr>
      <w:tr w:rsidR="00961333" w14:paraId="7601754D"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65E09980" w14:textId="77777777" w:rsidR="00961333" w:rsidRPr="009323E4" w:rsidRDefault="00C85E30">
            <w:pPr>
              <w:spacing w:before="40" w:after="60" w:line="240" w:lineRule="auto"/>
              <w:rPr>
                <w:b w:val="0"/>
                <w:bCs w:val="0"/>
              </w:rPr>
            </w:pPr>
            <w:r w:rsidRPr="00FA573A">
              <w:rPr>
                <w:sz w:val="18"/>
              </w:rPr>
              <w:lastRenderedPageBreak/>
              <w:t>Does the organization have a Code of Conduct?</w:t>
            </w:r>
          </w:p>
        </w:tc>
        <w:tc>
          <w:tcPr>
            <w:tcW w:w="2550" w:type="dxa"/>
          </w:tcPr>
          <w:p w14:paraId="746DA2E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2550" w:type="dxa"/>
          </w:tcPr>
          <w:p w14:paraId="2D0E9AB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response]</w:t>
            </w:r>
          </w:p>
        </w:tc>
        <w:tc>
          <w:tcPr>
            <w:tcW w:w="2550" w:type="dxa"/>
          </w:tcPr>
          <w:p w14:paraId="2451ED1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[Document/E##]</w:t>
            </w:r>
          </w:p>
        </w:tc>
      </w:tr>
      <w:tr w:rsidR="00961333" w14:paraId="6E21DD61" w14:textId="77777777" w:rsidTr="009323E4">
        <w:tc>
          <w:tcPr>
            <w:cnfStyle w:val="001000000000" w:firstRow="0" w:lastRow="0" w:firstColumn="1" w:lastColumn="0" w:oddVBand="0" w:evenVBand="0" w:oddHBand="0" w:evenHBand="0" w:firstRowFirstColumn="0" w:firstRowLastColumn="0" w:lastRowFirstColumn="0" w:lastRowLastColumn="0"/>
            <w:tcW w:w="2550" w:type="dxa"/>
          </w:tcPr>
          <w:p w14:paraId="30FE0508" w14:textId="77777777" w:rsidR="00961333" w:rsidRPr="009323E4" w:rsidRDefault="00C85E30">
            <w:pPr>
              <w:spacing w:before="40" w:after="60" w:line="240" w:lineRule="auto"/>
              <w:rPr>
                <w:b w:val="0"/>
                <w:bCs w:val="0"/>
              </w:rPr>
            </w:pPr>
            <w:r w:rsidRPr="00FA573A">
              <w:rPr>
                <w:sz w:val="18"/>
              </w:rPr>
              <w:t>Does the organization have safeguarding and/or PSEA policy/guidance or equivalent arrangements?</w:t>
            </w:r>
          </w:p>
        </w:tc>
        <w:tc>
          <w:tcPr>
            <w:tcW w:w="2550" w:type="dxa"/>
          </w:tcPr>
          <w:p w14:paraId="1C13D9B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2550" w:type="dxa"/>
          </w:tcPr>
          <w:p w14:paraId="4093810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response]</w:t>
            </w:r>
          </w:p>
        </w:tc>
        <w:tc>
          <w:tcPr>
            <w:tcW w:w="2550" w:type="dxa"/>
          </w:tcPr>
          <w:p w14:paraId="75CA54B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[Document/E##]</w:t>
            </w:r>
          </w:p>
        </w:tc>
      </w:tr>
      <w:tr w:rsidR="00961333" w14:paraId="7EFEE766"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2436C2DC" w14:textId="77777777" w:rsidR="00961333" w:rsidRPr="009323E4" w:rsidRDefault="00C85E30">
            <w:pPr>
              <w:spacing w:before="40" w:after="60" w:line="240" w:lineRule="auto"/>
              <w:rPr>
                <w:b w:val="0"/>
                <w:bCs w:val="0"/>
              </w:rPr>
            </w:pPr>
            <w:r w:rsidRPr="00FA573A">
              <w:rPr>
                <w:sz w:val="18"/>
              </w:rPr>
              <w:t>Is a safeguarding/PSEA focal point or responsible role designated?</w:t>
            </w:r>
          </w:p>
        </w:tc>
        <w:tc>
          <w:tcPr>
            <w:tcW w:w="2550" w:type="dxa"/>
          </w:tcPr>
          <w:p w14:paraId="63DE25B2"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2550" w:type="dxa"/>
          </w:tcPr>
          <w:p w14:paraId="5C590B3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response]</w:t>
            </w:r>
          </w:p>
        </w:tc>
        <w:tc>
          <w:tcPr>
            <w:tcW w:w="2550" w:type="dxa"/>
          </w:tcPr>
          <w:p w14:paraId="5F0FDF8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[Document/E##]</w:t>
            </w:r>
          </w:p>
        </w:tc>
      </w:tr>
      <w:tr w:rsidR="00961333" w14:paraId="6B8440F7" w14:textId="77777777" w:rsidTr="009323E4">
        <w:tc>
          <w:tcPr>
            <w:cnfStyle w:val="001000000000" w:firstRow="0" w:lastRow="0" w:firstColumn="1" w:lastColumn="0" w:oddVBand="0" w:evenVBand="0" w:oddHBand="0" w:evenHBand="0" w:firstRowFirstColumn="0" w:firstRowLastColumn="0" w:lastRowFirstColumn="0" w:lastRowLastColumn="0"/>
            <w:tcW w:w="2550" w:type="dxa"/>
          </w:tcPr>
          <w:p w14:paraId="14003E73" w14:textId="77777777" w:rsidR="00961333" w:rsidRPr="009323E4" w:rsidRDefault="00C85E30">
            <w:pPr>
              <w:spacing w:before="40" w:after="60" w:line="240" w:lineRule="auto"/>
              <w:rPr>
                <w:b w:val="0"/>
                <w:bCs w:val="0"/>
              </w:rPr>
            </w:pPr>
            <w:r w:rsidRPr="00FA573A">
              <w:rPr>
                <w:sz w:val="18"/>
              </w:rPr>
              <w:t>Can staff and community members confidentially report safeguarding concerns?</w:t>
            </w:r>
          </w:p>
        </w:tc>
        <w:tc>
          <w:tcPr>
            <w:tcW w:w="2550" w:type="dxa"/>
          </w:tcPr>
          <w:p w14:paraId="68688822"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2550" w:type="dxa"/>
          </w:tcPr>
          <w:p w14:paraId="0D3B6FB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response]</w:t>
            </w:r>
          </w:p>
        </w:tc>
        <w:tc>
          <w:tcPr>
            <w:tcW w:w="2550" w:type="dxa"/>
          </w:tcPr>
          <w:p w14:paraId="3C38D65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[Document/E##]</w:t>
            </w:r>
          </w:p>
        </w:tc>
      </w:tr>
      <w:tr w:rsidR="00961333" w14:paraId="5C02DF8F"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4BBD30C0" w14:textId="77777777" w:rsidR="00961333" w:rsidRPr="009323E4" w:rsidRDefault="00C85E30">
            <w:pPr>
              <w:spacing w:before="40" w:after="60" w:line="240" w:lineRule="auto"/>
              <w:rPr>
                <w:b w:val="0"/>
                <w:bCs w:val="0"/>
              </w:rPr>
            </w:pPr>
            <w:r w:rsidRPr="00FA573A">
              <w:rPr>
                <w:sz w:val="18"/>
              </w:rPr>
              <w:t>Does the organization have a community feedback/complaints mechanism?</w:t>
            </w:r>
          </w:p>
        </w:tc>
        <w:tc>
          <w:tcPr>
            <w:tcW w:w="2550" w:type="dxa"/>
          </w:tcPr>
          <w:p w14:paraId="34041AA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2550" w:type="dxa"/>
          </w:tcPr>
          <w:p w14:paraId="1C80526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response]</w:t>
            </w:r>
          </w:p>
        </w:tc>
        <w:tc>
          <w:tcPr>
            <w:tcW w:w="2550" w:type="dxa"/>
          </w:tcPr>
          <w:p w14:paraId="01E57D4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[Document/E##]</w:t>
            </w:r>
          </w:p>
        </w:tc>
      </w:tr>
      <w:tr w:rsidR="00961333" w14:paraId="3EBE6C9C" w14:textId="77777777" w:rsidTr="009323E4">
        <w:tc>
          <w:tcPr>
            <w:cnfStyle w:val="001000000000" w:firstRow="0" w:lastRow="0" w:firstColumn="1" w:lastColumn="0" w:oddVBand="0" w:evenVBand="0" w:oddHBand="0" w:evenHBand="0" w:firstRowFirstColumn="0" w:firstRowLastColumn="0" w:lastRowFirstColumn="0" w:lastRowLastColumn="0"/>
            <w:tcW w:w="2550" w:type="dxa"/>
          </w:tcPr>
          <w:p w14:paraId="75474C96" w14:textId="2150E960" w:rsidR="00961333" w:rsidRPr="009323E4" w:rsidRDefault="00C85E30">
            <w:pPr>
              <w:spacing w:before="40" w:after="60" w:line="240" w:lineRule="auto"/>
              <w:rPr>
                <w:b w:val="0"/>
                <w:bCs w:val="0"/>
              </w:rPr>
            </w:pPr>
            <w:r w:rsidRPr="00FA573A">
              <w:rPr>
                <w:sz w:val="18"/>
              </w:rPr>
              <w:t xml:space="preserve">Does the organization </w:t>
            </w:r>
            <w:r w:rsidR="00DB58B4" w:rsidRPr="00FA573A">
              <w:rPr>
                <w:sz w:val="18"/>
              </w:rPr>
              <w:t xml:space="preserve">advance women and girls </w:t>
            </w:r>
            <w:r w:rsidRPr="00FA573A">
              <w:rPr>
                <w:sz w:val="18"/>
              </w:rPr>
              <w:t>equality and inclusion in programming?</w:t>
            </w:r>
          </w:p>
        </w:tc>
        <w:tc>
          <w:tcPr>
            <w:tcW w:w="2550" w:type="dxa"/>
          </w:tcPr>
          <w:p w14:paraId="4B520CF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2550" w:type="dxa"/>
          </w:tcPr>
          <w:p w14:paraId="25C7CD3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[Brief response]</w:t>
            </w:r>
          </w:p>
        </w:tc>
        <w:tc>
          <w:tcPr>
            <w:tcW w:w="2550" w:type="dxa"/>
          </w:tcPr>
          <w:p w14:paraId="7D18E2B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[Document/E##]</w:t>
            </w:r>
          </w:p>
        </w:tc>
      </w:tr>
      <w:tr w:rsidR="00961333" w14:paraId="74370CF1"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0" w:type="dxa"/>
          </w:tcPr>
          <w:p w14:paraId="2A596654" w14:textId="77777777" w:rsidR="00961333" w:rsidRPr="009323E4" w:rsidRDefault="00C85E30">
            <w:pPr>
              <w:spacing w:before="40" w:after="60" w:line="240" w:lineRule="auto"/>
              <w:rPr>
                <w:b w:val="0"/>
                <w:bCs w:val="0"/>
              </w:rPr>
            </w:pPr>
            <w:r w:rsidRPr="00FA573A">
              <w:rPr>
                <w:sz w:val="18"/>
              </w:rPr>
              <w:t>Does the organization make reasonable efforts to ensure accessibility/inclusion of persons with disabilities and marginalized groups?</w:t>
            </w:r>
          </w:p>
        </w:tc>
        <w:tc>
          <w:tcPr>
            <w:tcW w:w="2550" w:type="dxa"/>
          </w:tcPr>
          <w:p w14:paraId="42B76D32"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2550" w:type="dxa"/>
          </w:tcPr>
          <w:p w14:paraId="11E4F859"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[Brief response]</w:t>
            </w:r>
          </w:p>
        </w:tc>
        <w:tc>
          <w:tcPr>
            <w:tcW w:w="2550" w:type="dxa"/>
          </w:tcPr>
          <w:p w14:paraId="1818385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[Document/E##]</w:t>
            </w:r>
          </w:p>
        </w:tc>
      </w:tr>
    </w:tbl>
    <w:p w14:paraId="7EF86C7D" w14:textId="3BBD5643" w:rsidR="00961333" w:rsidRPr="009323E4" w:rsidRDefault="00C85E30">
      <w:pPr>
        <w:pStyle w:val="Heading2"/>
        <w:rPr>
          <w:color w:val="F79646" w:themeColor="accent6"/>
        </w:rPr>
      </w:pPr>
      <w:r w:rsidRPr="009323E4">
        <w:rPr>
          <w:rFonts w:ascii="Arial" w:hAnsi="Arial"/>
          <w:color w:val="F79646" w:themeColor="accent6"/>
        </w:rPr>
        <w:t xml:space="preserve">9.1 Practical </w:t>
      </w:r>
      <w:r w:rsidR="00DE2B17" w:rsidRPr="009323E4">
        <w:rPr>
          <w:rFonts w:ascii="Arial" w:hAnsi="Arial"/>
          <w:color w:val="F79646" w:themeColor="accent6"/>
        </w:rPr>
        <w:t>application</w:t>
      </w:r>
      <w:r w:rsidR="00DE2B17" w:rsidRPr="009323E4">
        <w:rPr>
          <w:rFonts w:ascii="Arial" w:hAnsi="Arial"/>
          <w:i/>
          <w:color w:val="F79646" w:themeColor="accent6"/>
        </w:rPr>
        <w:t xml:space="preserve"> [</w:t>
      </w:r>
      <w:r w:rsidRPr="009323E4">
        <w:rPr>
          <w:rFonts w:ascii="Arial" w:hAnsi="Arial"/>
          <w:i/>
          <w:color w:val="F79646" w:themeColor="accent6"/>
        </w:rPr>
        <w:t>Limit: 400 words]</w:t>
      </w:r>
    </w:p>
    <w:p w14:paraId="1B66E9D4" w14:textId="3D17A42B" w:rsidR="00961333" w:rsidRDefault="002E09B8" w:rsidP="009323E4">
      <w:pPr>
        <w:keepNext/>
        <w:spacing w:after="60"/>
        <w:jc w:val="both"/>
      </w:pPr>
      <w:r>
        <w:t xml:space="preserve">Provide one or two practical examples demonstrating </w:t>
      </w:r>
      <w:r w:rsidR="15C3ABE4">
        <w:t xml:space="preserve">women and </w:t>
      </w:r>
      <w:proofErr w:type="gramStart"/>
      <w:r w:rsidR="15C3ABE4">
        <w:t xml:space="preserve">girls </w:t>
      </w:r>
      <w:r>
        <w:t xml:space="preserve"> equality</w:t>
      </w:r>
      <w:proofErr w:type="gramEnd"/>
      <w:r>
        <w:t xml:space="preserve"> and inclusion and the use of safeguarding or accountability arrangements. Explain what the organization did, how affected people participated or provided feedback, and what changed as a result. Examples may come from programming or internal organizational practice. Do not disclose personal details of survivors, complainants or other affected individuals.</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6B05A421" w14:textId="77777777">
        <w:trPr>
          <w:cantSplit/>
          <w:jc w:val="center"/>
        </w:trPr>
        <w:tc>
          <w:tcPr>
            <w:tcW w:w="10200" w:type="dxa"/>
            <w:shd w:val="clear" w:color="auto" w:fill="FFFFFF"/>
            <w:tcMar>
              <w:top w:w="100" w:type="dxa"/>
              <w:left w:w="100" w:type="dxa"/>
              <w:bottom w:w="100" w:type="dxa"/>
              <w:right w:w="100" w:type="dxa"/>
            </w:tcMar>
          </w:tcPr>
          <w:p w14:paraId="56252B94" w14:textId="77777777" w:rsidR="00961333" w:rsidRDefault="00C85E30">
            <w:pPr>
              <w:spacing w:before="40" w:after="60" w:line="240" w:lineRule="auto"/>
            </w:pPr>
            <w:r>
              <w:t>[Applicant response]</w:t>
            </w:r>
            <w:r>
              <w:br/>
            </w:r>
            <w:r>
              <w:br/>
            </w:r>
            <w:r>
              <w:br/>
            </w:r>
            <w:r>
              <w:br/>
            </w:r>
            <w:r>
              <w:br/>
            </w:r>
          </w:p>
        </w:tc>
      </w:tr>
    </w:tbl>
    <w:p w14:paraId="52767E3F" w14:textId="77777777" w:rsidR="00961333" w:rsidRDefault="00961333"/>
    <w:p w14:paraId="26D62542" w14:textId="4F01D86B" w:rsidR="00961333" w:rsidRDefault="00C85E30" w:rsidP="0594FCE9">
      <w:r>
        <w:t xml:space="preserve">Indicative evidence: Code of Conduct, safeguarding/PSEA policy or equivalent, complaints/AAP </w:t>
      </w:r>
      <w:proofErr w:type="gramStart"/>
      <w:r>
        <w:t xml:space="preserve">guidance, </w:t>
      </w:r>
      <w:r w:rsidR="3C5BCF12">
        <w:t xml:space="preserve"> </w:t>
      </w:r>
      <w:r>
        <w:t xml:space="preserve"> </w:t>
      </w:r>
      <w:proofErr w:type="gramEnd"/>
      <w:r>
        <w:t xml:space="preserve">policy/strategy </w:t>
      </w:r>
      <w:r w:rsidR="6FF1791A">
        <w:t xml:space="preserve">for women and girls' equality </w:t>
      </w:r>
      <w:r>
        <w:t>or practical program examples. CARE may conduct a separate safeguarding/PSEA assessment for shortlisted organizations.</w:t>
      </w:r>
    </w:p>
    <w:p w14:paraId="00601DD0" w14:textId="77777777" w:rsidR="00961333" w:rsidRPr="009323E4" w:rsidRDefault="00C85E30">
      <w:pPr>
        <w:pStyle w:val="Heading1"/>
        <w:rPr>
          <w:color w:val="F79646" w:themeColor="accent6"/>
        </w:rPr>
      </w:pPr>
      <w:r w:rsidRPr="009323E4">
        <w:rPr>
          <w:rFonts w:ascii="Arial" w:hAnsi="Arial"/>
          <w:color w:val="F79646" w:themeColor="accent6"/>
        </w:rPr>
        <w:lastRenderedPageBreak/>
        <w:t>10. Partnership and Localization Approach</w:t>
      </w:r>
    </w:p>
    <w:p w14:paraId="026456F5" w14:textId="5A9E02E5" w:rsidR="00961333" w:rsidRPr="009323E4" w:rsidRDefault="00C85E30">
      <w:pPr>
        <w:pStyle w:val="Heading2"/>
        <w:rPr>
          <w:color w:val="F79646" w:themeColor="accent6"/>
        </w:rPr>
      </w:pPr>
      <w:r w:rsidRPr="009323E4">
        <w:rPr>
          <w:rFonts w:ascii="Arial" w:hAnsi="Arial"/>
          <w:color w:val="F79646" w:themeColor="accent6"/>
        </w:rPr>
        <w:t xml:space="preserve">10.1 Partnership </w:t>
      </w:r>
      <w:r w:rsidR="00DE2B17" w:rsidRPr="009323E4">
        <w:rPr>
          <w:rFonts w:ascii="Arial" w:hAnsi="Arial"/>
          <w:color w:val="F79646" w:themeColor="accent6"/>
        </w:rPr>
        <w:t>approach</w:t>
      </w:r>
      <w:r w:rsidR="00DE2B17" w:rsidRPr="009323E4">
        <w:rPr>
          <w:rFonts w:ascii="Arial" w:hAnsi="Arial"/>
          <w:i/>
          <w:color w:val="F79646" w:themeColor="accent6"/>
        </w:rPr>
        <w:t xml:space="preserve"> [</w:t>
      </w:r>
      <w:r w:rsidRPr="009323E4">
        <w:rPr>
          <w:rFonts w:ascii="Arial" w:hAnsi="Arial"/>
          <w:i/>
          <w:color w:val="F79646" w:themeColor="accent6"/>
        </w:rPr>
        <w:t>Limit: 300 words]</w:t>
      </w:r>
    </w:p>
    <w:p w14:paraId="5E68B6CA" w14:textId="18054DCF" w:rsidR="00961333" w:rsidRDefault="00C85E30" w:rsidP="009323E4">
      <w:pPr>
        <w:keepNext/>
        <w:spacing w:after="60"/>
        <w:jc w:val="both"/>
      </w:pPr>
      <w:r>
        <w:t>Explain how your organization approaches equitable partnership, co-design, shared decision-making, transparency, mutual learning and capacity strengthening at the local community level. Provide a concrete example from a previous collaboration where possible.</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1DD919B9" w14:textId="77777777">
        <w:trPr>
          <w:cantSplit/>
          <w:jc w:val="center"/>
        </w:trPr>
        <w:tc>
          <w:tcPr>
            <w:tcW w:w="10200" w:type="dxa"/>
            <w:shd w:val="clear" w:color="auto" w:fill="FFFFFF"/>
            <w:tcMar>
              <w:top w:w="100" w:type="dxa"/>
              <w:left w:w="100" w:type="dxa"/>
              <w:bottom w:w="100" w:type="dxa"/>
              <w:right w:w="100" w:type="dxa"/>
            </w:tcMar>
          </w:tcPr>
          <w:p w14:paraId="72395E07" w14:textId="77777777" w:rsidR="00961333" w:rsidRDefault="00C85E30">
            <w:pPr>
              <w:spacing w:before="40" w:after="60" w:line="240" w:lineRule="auto"/>
            </w:pPr>
            <w:r>
              <w:t>[Applicant response]</w:t>
            </w:r>
            <w:r>
              <w:br/>
            </w:r>
            <w:r>
              <w:br/>
            </w:r>
            <w:r>
              <w:br/>
            </w:r>
            <w:r>
              <w:br/>
            </w:r>
            <w:r>
              <w:br/>
            </w:r>
          </w:p>
        </w:tc>
      </w:tr>
    </w:tbl>
    <w:p w14:paraId="2CBC8654" w14:textId="77777777" w:rsidR="00961333" w:rsidRDefault="00961333"/>
    <w:p w14:paraId="577A203A" w14:textId="77777777" w:rsidR="00961333" w:rsidRDefault="00C85E30" w:rsidP="009323E4">
      <w:pPr>
        <w:jc w:val="both"/>
      </w:pPr>
      <w:r>
        <w:t>Indicative evidence: partnership/consortium experience, MOUs or collaboration examples, references from partners, examples of co-design or local leadership. Do not submit confidential agreements unless necessary; a redacted cover page or reference may be sufficient.</w:t>
      </w:r>
    </w:p>
    <w:p w14:paraId="03333780" w14:textId="77777777" w:rsidR="00961333" w:rsidRPr="009323E4" w:rsidRDefault="00C85E30">
      <w:pPr>
        <w:pStyle w:val="Heading1"/>
        <w:rPr>
          <w:color w:val="F79646" w:themeColor="accent6"/>
        </w:rPr>
      </w:pPr>
      <w:r w:rsidRPr="009323E4">
        <w:rPr>
          <w:rFonts w:ascii="Arial" w:hAnsi="Arial"/>
          <w:color w:val="F79646" w:themeColor="accent6"/>
        </w:rPr>
        <w:t>11. MEAL, Learning and Adaptive Management</w:t>
      </w:r>
    </w:p>
    <w:p w14:paraId="5EE4E897" w14:textId="14D84FB3" w:rsidR="00961333" w:rsidRPr="009323E4" w:rsidRDefault="00C85E30">
      <w:pPr>
        <w:pStyle w:val="Heading2"/>
        <w:rPr>
          <w:color w:val="F79646" w:themeColor="accent6"/>
        </w:rPr>
      </w:pPr>
      <w:r w:rsidRPr="009323E4">
        <w:rPr>
          <w:rFonts w:ascii="Arial" w:hAnsi="Arial"/>
          <w:color w:val="F79646" w:themeColor="accent6"/>
        </w:rPr>
        <w:t>11.1 MEAL and learning approach</w:t>
      </w:r>
      <w:r w:rsidRPr="009323E4">
        <w:rPr>
          <w:rFonts w:ascii="Arial" w:hAnsi="Arial"/>
          <w:i/>
          <w:color w:val="F79646" w:themeColor="accent6"/>
        </w:rPr>
        <w:t xml:space="preserve"> [Limit: 250 words]</w:t>
      </w:r>
    </w:p>
    <w:p w14:paraId="0EBBC074" w14:textId="77777777" w:rsidR="00961333" w:rsidRDefault="00C85E30">
      <w:pPr>
        <w:keepNext/>
        <w:spacing w:after="60"/>
      </w:pPr>
      <w:proofErr w:type="gramStart"/>
      <w:r>
        <w:t>Describe</w:t>
      </w:r>
      <w:proofErr w:type="gramEnd"/>
      <w:r>
        <w:t xml:space="preserve"> how the organization monitors results, collects and uses feedback/data, learns from implementation and adapts programming. Mention the responsible role/team and one practical example.</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59FDE435" w14:textId="77777777">
        <w:trPr>
          <w:cantSplit/>
          <w:jc w:val="center"/>
        </w:trPr>
        <w:tc>
          <w:tcPr>
            <w:tcW w:w="10200" w:type="dxa"/>
            <w:shd w:val="clear" w:color="auto" w:fill="FFFFFF"/>
            <w:tcMar>
              <w:top w:w="100" w:type="dxa"/>
              <w:left w:w="100" w:type="dxa"/>
              <w:bottom w:w="100" w:type="dxa"/>
              <w:right w:w="100" w:type="dxa"/>
            </w:tcMar>
          </w:tcPr>
          <w:p w14:paraId="53D2D338" w14:textId="77777777" w:rsidR="00961333" w:rsidRDefault="00C85E30">
            <w:pPr>
              <w:spacing w:before="40" w:after="60" w:line="240" w:lineRule="auto"/>
            </w:pPr>
            <w:r>
              <w:t>[Applicant response]</w:t>
            </w:r>
            <w:r>
              <w:br/>
            </w:r>
            <w:r>
              <w:br/>
            </w:r>
            <w:r>
              <w:br/>
            </w:r>
            <w:r>
              <w:br/>
            </w:r>
          </w:p>
        </w:tc>
      </w:tr>
    </w:tbl>
    <w:p w14:paraId="7C28AF6D" w14:textId="77777777" w:rsidR="00961333" w:rsidRDefault="00961333"/>
    <w:p w14:paraId="3FDED133" w14:textId="77777777" w:rsidR="00961333" w:rsidRDefault="00C85E30" w:rsidP="009323E4">
      <w:pPr>
        <w:jc w:val="both"/>
      </w:pPr>
      <w:r>
        <w:t>Indicative evidence: sample anonymized monitoring tool, indicator framework, reporting extract, learning product or brief reference to project evidence. CARE may review these examples and verify deeper during DDA or future project-specific selection.</w:t>
      </w:r>
    </w:p>
    <w:p w14:paraId="620C5AE1" w14:textId="77777777" w:rsidR="00961333" w:rsidRPr="009323E4" w:rsidRDefault="00C85E30">
      <w:pPr>
        <w:pStyle w:val="Heading1"/>
        <w:rPr>
          <w:color w:val="F79646" w:themeColor="accent6"/>
        </w:rPr>
      </w:pPr>
      <w:r w:rsidRPr="009323E4">
        <w:rPr>
          <w:rFonts w:ascii="Arial" w:hAnsi="Arial"/>
          <w:color w:val="F79646" w:themeColor="accent6"/>
        </w:rPr>
        <w:t>12. Humanitarian Principles and Do No Harm</w:t>
      </w:r>
    </w:p>
    <w:tbl>
      <w:tblPr>
        <w:tblStyle w:val="GridTable4-Accent6"/>
        <w:tblW w:w="0" w:type="auto"/>
        <w:tblLook w:val="04A0" w:firstRow="1" w:lastRow="0" w:firstColumn="1" w:lastColumn="0" w:noHBand="0" w:noVBand="1"/>
      </w:tblPr>
      <w:tblGrid>
        <w:gridCol w:w="5096"/>
        <w:gridCol w:w="5094"/>
      </w:tblGrid>
      <w:tr w:rsidR="00961333" w14:paraId="0531D7D5"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14:paraId="0F076346" w14:textId="77777777" w:rsidR="00961333" w:rsidRDefault="00C85E30">
            <w:pPr>
              <w:spacing w:before="40" w:after="60" w:line="240" w:lineRule="auto"/>
            </w:pPr>
            <w:r>
              <w:rPr>
                <w:color w:val="FFFFFF"/>
                <w:sz w:val="18"/>
              </w:rPr>
              <w:t>Declaration</w:t>
            </w:r>
          </w:p>
        </w:tc>
        <w:tc>
          <w:tcPr>
            <w:tcW w:w="5100" w:type="dxa"/>
          </w:tcPr>
          <w:p w14:paraId="29783FBC"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Applicant confirmation</w:t>
            </w:r>
          </w:p>
        </w:tc>
      </w:tr>
      <w:tr w:rsidR="00961333" w14:paraId="4046C272"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14:paraId="6431B342" w14:textId="49763CCD" w:rsidR="00961333" w:rsidRPr="009323E4" w:rsidRDefault="00C85E30">
            <w:pPr>
              <w:spacing w:before="40" w:after="60" w:line="240" w:lineRule="auto"/>
              <w:rPr>
                <w:b w:val="0"/>
                <w:bCs w:val="0"/>
              </w:rPr>
            </w:pPr>
            <w:r w:rsidRPr="0594FCE9">
              <w:rPr>
                <w:sz w:val="18"/>
                <w:szCs w:val="18"/>
              </w:rPr>
              <w:t xml:space="preserve">We commit to humanitarian principles, </w:t>
            </w:r>
            <w:r w:rsidR="2314A6A0" w:rsidRPr="0594FCE9">
              <w:rPr>
                <w:b w:val="0"/>
                <w:bCs w:val="0"/>
                <w:sz w:val="18"/>
                <w:szCs w:val="18"/>
              </w:rPr>
              <w:t xml:space="preserve">women and </w:t>
            </w:r>
            <w:proofErr w:type="spellStart"/>
            <w:r w:rsidR="2314A6A0" w:rsidRPr="0594FCE9">
              <w:rPr>
                <w:b w:val="0"/>
                <w:bCs w:val="0"/>
                <w:sz w:val="18"/>
                <w:szCs w:val="18"/>
              </w:rPr>
              <w:t>girls’</w:t>
            </w:r>
            <w:r w:rsidRPr="0594FCE9">
              <w:rPr>
                <w:sz w:val="18"/>
                <w:szCs w:val="18"/>
              </w:rPr>
              <w:t>equality</w:t>
            </w:r>
            <w:proofErr w:type="spellEnd"/>
            <w:r w:rsidRPr="0594FCE9">
              <w:rPr>
                <w:sz w:val="18"/>
                <w:szCs w:val="18"/>
              </w:rPr>
              <w:t>, non-discrimination and respect for the rights and dignity of affected populations.</w:t>
            </w:r>
          </w:p>
        </w:tc>
        <w:tc>
          <w:tcPr>
            <w:tcW w:w="5100" w:type="dxa"/>
          </w:tcPr>
          <w:p w14:paraId="61B6E39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Confirmed</w:t>
            </w:r>
          </w:p>
        </w:tc>
      </w:tr>
      <w:tr w:rsidR="00961333" w14:paraId="2E94D90F" w14:textId="77777777" w:rsidTr="009323E4">
        <w:tc>
          <w:tcPr>
            <w:cnfStyle w:val="001000000000" w:firstRow="0" w:lastRow="0" w:firstColumn="1" w:lastColumn="0" w:oddVBand="0" w:evenVBand="0" w:oddHBand="0" w:evenHBand="0" w:firstRowFirstColumn="0" w:firstRowLastColumn="0" w:lastRowFirstColumn="0" w:lastRowLastColumn="0"/>
            <w:tcW w:w="5100" w:type="dxa"/>
          </w:tcPr>
          <w:p w14:paraId="759E6308" w14:textId="77777777" w:rsidR="00961333" w:rsidRPr="009323E4" w:rsidRDefault="00C85E30">
            <w:pPr>
              <w:spacing w:before="40" w:after="60" w:line="240" w:lineRule="auto"/>
              <w:rPr>
                <w:b w:val="0"/>
                <w:bCs w:val="0"/>
              </w:rPr>
            </w:pPr>
            <w:r w:rsidRPr="00FA573A">
              <w:rPr>
                <w:sz w:val="18"/>
              </w:rPr>
              <w:t>We commit to Do No Harm and to identifying and mitigating potential negative or unintended impacts of our work.</w:t>
            </w:r>
          </w:p>
        </w:tc>
        <w:tc>
          <w:tcPr>
            <w:tcW w:w="5100" w:type="dxa"/>
          </w:tcPr>
          <w:p w14:paraId="584A1F0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Confirmed</w:t>
            </w:r>
          </w:p>
        </w:tc>
      </w:tr>
      <w:tr w:rsidR="00961333" w14:paraId="2BA1C126"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14:paraId="1F57F0EA" w14:textId="77777777" w:rsidR="00961333" w:rsidRPr="009323E4" w:rsidRDefault="00C85E30">
            <w:pPr>
              <w:spacing w:before="40" w:after="60" w:line="240" w:lineRule="auto"/>
              <w:rPr>
                <w:b w:val="0"/>
                <w:bCs w:val="0"/>
              </w:rPr>
            </w:pPr>
            <w:r w:rsidRPr="00FA573A">
              <w:rPr>
                <w:sz w:val="18"/>
              </w:rPr>
              <w:t>We commit to accountability to affected populations and to providing safe channels for concerns/complaints.</w:t>
            </w:r>
          </w:p>
        </w:tc>
        <w:tc>
          <w:tcPr>
            <w:tcW w:w="5100" w:type="dxa"/>
          </w:tcPr>
          <w:p w14:paraId="0BC1FA0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Confirmed</w:t>
            </w:r>
          </w:p>
        </w:tc>
      </w:tr>
    </w:tbl>
    <w:p w14:paraId="777BAA24" w14:textId="580755D8" w:rsidR="00961333" w:rsidRPr="009323E4" w:rsidRDefault="00C85E30">
      <w:pPr>
        <w:pStyle w:val="Heading2"/>
        <w:rPr>
          <w:color w:val="F79646" w:themeColor="accent6"/>
        </w:rPr>
      </w:pPr>
      <w:r w:rsidRPr="009323E4">
        <w:rPr>
          <w:rFonts w:ascii="Arial" w:hAnsi="Arial"/>
          <w:color w:val="F79646" w:themeColor="accent6"/>
        </w:rPr>
        <w:lastRenderedPageBreak/>
        <w:t>12.1 Risk and unintended-harm assessment</w:t>
      </w:r>
      <w:r w:rsidRPr="009323E4">
        <w:rPr>
          <w:rFonts w:ascii="Arial" w:hAnsi="Arial"/>
          <w:i/>
          <w:color w:val="F79646" w:themeColor="accent6"/>
        </w:rPr>
        <w:t xml:space="preserve"> [Limit: 150 words]</w:t>
      </w:r>
    </w:p>
    <w:p w14:paraId="5E3B1106" w14:textId="77777777" w:rsidR="00961333" w:rsidRDefault="00C85E30" w:rsidP="009323E4">
      <w:pPr>
        <w:keepNext/>
        <w:spacing w:after="60"/>
        <w:jc w:val="both"/>
      </w:pPr>
      <w:r>
        <w:t>Explain how your organization identifies potential risks, conflict sensitivity concerns or unintended negative effects before or during implementation. If you do not have a standalone Do No Harm policy, describe the equivalent practice you use.</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4553729F" w14:textId="77777777">
        <w:trPr>
          <w:cantSplit/>
          <w:jc w:val="center"/>
        </w:trPr>
        <w:tc>
          <w:tcPr>
            <w:tcW w:w="10200" w:type="dxa"/>
            <w:shd w:val="clear" w:color="auto" w:fill="FFFFFF"/>
            <w:tcMar>
              <w:top w:w="100" w:type="dxa"/>
              <w:left w:w="100" w:type="dxa"/>
              <w:bottom w:w="100" w:type="dxa"/>
              <w:right w:w="100" w:type="dxa"/>
            </w:tcMar>
          </w:tcPr>
          <w:p w14:paraId="1B090D64" w14:textId="77777777" w:rsidR="00961333" w:rsidRDefault="00C85E30">
            <w:pPr>
              <w:spacing w:before="40" w:after="60" w:line="240" w:lineRule="auto"/>
            </w:pPr>
            <w:r>
              <w:t>[Applicant response]</w:t>
            </w:r>
            <w:r>
              <w:br/>
            </w:r>
            <w:r>
              <w:br/>
            </w:r>
            <w:r>
              <w:br/>
            </w:r>
          </w:p>
        </w:tc>
      </w:tr>
    </w:tbl>
    <w:p w14:paraId="2D610791" w14:textId="77777777" w:rsidR="00961333" w:rsidRDefault="00961333"/>
    <w:p w14:paraId="7E6C1C4A" w14:textId="2C75235A" w:rsidR="00961333" w:rsidRPr="009323E4" w:rsidRDefault="00C85E30">
      <w:pPr>
        <w:pStyle w:val="Heading2"/>
        <w:rPr>
          <w:color w:val="F79646" w:themeColor="accent6"/>
        </w:rPr>
      </w:pPr>
      <w:r w:rsidRPr="009323E4">
        <w:rPr>
          <w:rFonts w:ascii="Arial" w:hAnsi="Arial"/>
          <w:color w:val="F79646" w:themeColor="accent6"/>
        </w:rPr>
        <w:t>12.2 Community feedback and complaints</w:t>
      </w:r>
      <w:r w:rsidRPr="009323E4">
        <w:rPr>
          <w:rFonts w:ascii="Arial" w:hAnsi="Arial"/>
          <w:i/>
          <w:color w:val="F79646" w:themeColor="accent6"/>
        </w:rPr>
        <w:t xml:space="preserve"> [Limit: 150 words]</w:t>
      </w:r>
    </w:p>
    <w:p w14:paraId="14864230" w14:textId="77777777" w:rsidR="00961333" w:rsidRDefault="00C85E30" w:rsidP="009323E4">
      <w:pPr>
        <w:keepNext/>
        <w:spacing w:after="60"/>
        <w:jc w:val="both"/>
      </w:pPr>
      <w:r>
        <w:t xml:space="preserve">Explain how community members can raise concerns or complaints and how the organization responds or </w:t>
      </w:r>
      <w:proofErr w:type="gramStart"/>
      <w:r>
        <w:t>refers</w:t>
      </w:r>
      <w:proofErr w:type="gramEnd"/>
      <w:r>
        <w:t xml:space="preserve"> cases.</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62E66054" w14:textId="77777777">
        <w:trPr>
          <w:cantSplit/>
          <w:jc w:val="center"/>
        </w:trPr>
        <w:tc>
          <w:tcPr>
            <w:tcW w:w="10200" w:type="dxa"/>
            <w:shd w:val="clear" w:color="auto" w:fill="FFFFFF"/>
            <w:tcMar>
              <w:top w:w="100" w:type="dxa"/>
              <w:left w:w="100" w:type="dxa"/>
              <w:bottom w:w="100" w:type="dxa"/>
              <w:right w:w="100" w:type="dxa"/>
            </w:tcMar>
          </w:tcPr>
          <w:p w14:paraId="7DA5F64A" w14:textId="77777777" w:rsidR="00961333" w:rsidRDefault="00C85E30">
            <w:pPr>
              <w:spacing w:before="40" w:after="60" w:line="240" w:lineRule="auto"/>
            </w:pPr>
            <w:r>
              <w:t>[Applicant response]</w:t>
            </w:r>
            <w:r>
              <w:br/>
            </w:r>
            <w:r>
              <w:br/>
            </w:r>
            <w:r>
              <w:br/>
            </w:r>
          </w:p>
        </w:tc>
      </w:tr>
    </w:tbl>
    <w:p w14:paraId="3B0A62A3" w14:textId="77777777" w:rsidR="00961333" w:rsidRDefault="00961333"/>
    <w:p w14:paraId="1876E52D" w14:textId="24D9EC0B" w:rsidR="00961333" w:rsidRPr="009323E4" w:rsidRDefault="00C85E30">
      <w:pPr>
        <w:pStyle w:val="Heading2"/>
        <w:rPr>
          <w:color w:val="F79646" w:themeColor="accent6"/>
        </w:rPr>
      </w:pPr>
      <w:r w:rsidRPr="009323E4">
        <w:rPr>
          <w:rFonts w:ascii="Arial" w:hAnsi="Arial"/>
          <w:color w:val="F79646" w:themeColor="accent6"/>
        </w:rPr>
        <w:t xml:space="preserve">12.3 </w:t>
      </w:r>
      <w:proofErr w:type="gramStart"/>
      <w:r w:rsidRPr="009323E4">
        <w:rPr>
          <w:rFonts w:ascii="Arial" w:hAnsi="Arial"/>
          <w:color w:val="F79646" w:themeColor="accent6"/>
        </w:rPr>
        <w:t>Non-discrimination</w:t>
      </w:r>
      <w:proofErr w:type="gramEnd"/>
      <w:r w:rsidRPr="009323E4">
        <w:rPr>
          <w:rFonts w:ascii="Arial" w:hAnsi="Arial"/>
          <w:color w:val="F79646" w:themeColor="accent6"/>
        </w:rPr>
        <w:t xml:space="preserve"> in practice</w:t>
      </w:r>
      <w:r w:rsidRPr="009323E4">
        <w:rPr>
          <w:rFonts w:ascii="Arial" w:hAnsi="Arial"/>
          <w:i/>
          <w:color w:val="F79646" w:themeColor="accent6"/>
        </w:rPr>
        <w:t xml:space="preserve"> [Limit: 150 words]</w:t>
      </w:r>
    </w:p>
    <w:p w14:paraId="2442C0A6" w14:textId="77777777" w:rsidR="00961333" w:rsidRDefault="00C85E30" w:rsidP="009323E4">
      <w:pPr>
        <w:keepNext/>
        <w:spacing w:after="60"/>
        <w:jc w:val="both"/>
      </w:pPr>
      <w:r>
        <w:t>Explain briefly how the organization promotes fair, needs-based and non-discriminatory access to its programs and services.</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0C41CC07" w14:textId="77777777">
        <w:trPr>
          <w:cantSplit/>
          <w:jc w:val="center"/>
        </w:trPr>
        <w:tc>
          <w:tcPr>
            <w:tcW w:w="10200" w:type="dxa"/>
            <w:shd w:val="clear" w:color="auto" w:fill="FFFFFF"/>
            <w:tcMar>
              <w:top w:w="100" w:type="dxa"/>
              <w:left w:w="100" w:type="dxa"/>
              <w:bottom w:w="100" w:type="dxa"/>
              <w:right w:w="100" w:type="dxa"/>
            </w:tcMar>
          </w:tcPr>
          <w:p w14:paraId="2FE556DB" w14:textId="77777777" w:rsidR="00961333" w:rsidRDefault="00C85E30">
            <w:pPr>
              <w:spacing w:before="40" w:after="60" w:line="240" w:lineRule="auto"/>
            </w:pPr>
            <w:r>
              <w:t>[Applicant response]</w:t>
            </w:r>
            <w:r>
              <w:br/>
            </w:r>
            <w:r>
              <w:br/>
            </w:r>
            <w:r>
              <w:br/>
            </w:r>
          </w:p>
        </w:tc>
      </w:tr>
    </w:tbl>
    <w:p w14:paraId="533CF26C" w14:textId="77777777" w:rsidR="00961333" w:rsidRDefault="00961333"/>
    <w:p w14:paraId="642CF6D1" w14:textId="77777777" w:rsidR="00961333" w:rsidRDefault="00C85E30" w:rsidP="009323E4">
      <w:pPr>
        <w:jc w:val="both"/>
      </w:pPr>
      <w:r>
        <w:t>Indicative evidence: Code of Conduct, Do No Harm/conflict-sensitivity guidance, complaints/AAP mechanism, risk assessment tools or equivalent. Absence of a standalone “Do No Harm Policy” is not automatically disqualifying where credible equivalent practices are demonstrated.</w:t>
      </w:r>
    </w:p>
    <w:p w14:paraId="2C05AB1C" w14:textId="77777777" w:rsidR="00961333" w:rsidRDefault="00C85E30">
      <w:pPr>
        <w:pStyle w:val="Heading1"/>
      </w:pPr>
      <w:r w:rsidRPr="009323E4">
        <w:rPr>
          <w:rFonts w:ascii="Arial" w:hAnsi="Arial"/>
          <w:color w:val="F79646" w:themeColor="accent6"/>
        </w:rPr>
        <w:t>13. Integrity, Conflicts of Interest, PEP Disclosure and Screening</w:t>
      </w:r>
    </w:p>
    <w:tbl>
      <w:tblPr>
        <w:tblStyle w:val="GridTable4-Accent6"/>
        <w:tblW w:w="0" w:type="auto"/>
        <w:tblLook w:val="04A0" w:firstRow="1" w:lastRow="0" w:firstColumn="1" w:lastColumn="0" w:noHBand="0" w:noVBand="1"/>
      </w:tblPr>
      <w:tblGrid>
        <w:gridCol w:w="3398"/>
        <w:gridCol w:w="3396"/>
        <w:gridCol w:w="3396"/>
      </w:tblGrid>
      <w:tr w:rsidR="00961333" w14:paraId="4B63C2A8"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70821C53" w14:textId="77777777" w:rsidR="00961333" w:rsidRDefault="00C85E30">
            <w:pPr>
              <w:spacing w:before="40" w:after="60" w:line="240" w:lineRule="auto"/>
            </w:pPr>
            <w:r>
              <w:rPr>
                <w:color w:val="FFFFFF"/>
                <w:sz w:val="18"/>
              </w:rPr>
              <w:t>Declaration / question</w:t>
            </w:r>
          </w:p>
        </w:tc>
        <w:tc>
          <w:tcPr>
            <w:tcW w:w="3400" w:type="dxa"/>
          </w:tcPr>
          <w:p w14:paraId="4A857D1C"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Response</w:t>
            </w:r>
          </w:p>
        </w:tc>
        <w:tc>
          <w:tcPr>
            <w:tcW w:w="3400" w:type="dxa"/>
          </w:tcPr>
          <w:p w14:paraId="7E1D76CE"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Explanation / evidence (see Section 13.1)</w:t>
            </w:r>
          </w:p>
        </w:tc>
      </w:tr>
      <w:tr w:rsidR="00961333" w14:paraId="5BC862F1"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4D2F90C1" w14:textId="77777777" w:rsidR="00961333" w:rsidRPr="009323E4" w:rsidRDefault="00C85E30">
            <w:pPr>
              <w:spacing w:before="40" w:after="60" w:line="240" w:lineRule="auto"/>
              <w:rPr>
                <w:b w:val="0"/>
                <w:bCs w:val="0"/>
              </w:rPr>
            </w:pPr>
            <w:r w:rsidRPr="00BF1335">
              <w:rPr>
                <w:sz w:val="18"/>
              </w:rPr>
              <w:t>Does the organization or its leadership have an actual or potential conflict of interest relevant to CARE Iraq or this EOI?</w:t>
            </w:r>
          </w:p>
        </w:tc>
        <w:tc>
          <w:tcPr>
            <w:tcW w:w="3400" w:type="dxa"/>
          </w:tcPr>
          <w:p w14:paraId="34D1214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55F60FC9"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[Explain if applicable]</w:t>
            </w:r>
          </w:p>
        </w:tc>
      </w:tr>
      <w:tr w:rsidR="00961333" w14:paraId="2715C466"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318897FC" w14:textId="77777777" w:rsidR="00961333" w:rsidRPr="009323E4" w:rsidRDefault="00C85E30">
            <w:pPr>
              <w:spacing w:before="40" w:after="60" w:line="240" w:lineRule="auto"/>
              <w:rPr>
                <w:b w:val="0"/>
                <w:bCs w:val="0"/>
              </w:rPr>
            </w:pPr>
            <w:r w:rsidRPr="00BF1335">
              <w:rPr>
                <w:sz w:val="18"/>
              </w:rPr>
              <w:t>Is the organization financially dependent on, controlled by, or materially connected to a public official or Politically Exposed Person (PEP) in a way that may present a partnership risk?</w:t>
            </w:r>
          </w:p>
        </w:tc>
        <w:tc>
          <w:tcPr>
            <w:tcW w:w="3400" w:type="dxa"/>
          </w:tcPr>
          <w:p w14:paraId="603B6F9E"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6335EEC4"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[Explain if applicable]</w:t>
            </w:r>
          </w:p>
        </w:tc>
      </w:tr>
      <w:tr w:rsidR="00961333" w14:paraId="126567D8"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091C45D0" w14:textId="77777777" w:rsidR="00961333" w:rsidRPr="009323E4" w:rsidRDefault="00C85E30">
            <w:pPr>
              <w:spacing w:before="40" w:after="60" w:line="240" w:lineRule="auto"/>
              <w:rPr>
                <w:b w:val="0"/>
                <w:bCs w:val="0"/>
              </w:rPr>
            </w:pPr>
            <w:r w:rsidRPr="00BF1335">
              <w:rPr>
                <w:sz w:val="18"/>
              </w:rPr>
              <w:t xml:space="preserve">During the past five years, has the organization or senior management been subject to a substantiated material finding related to fraud, </w:t>
            </w:r>
            <w:r w:rsidRPr="00BF1335">
              <w:rPr>
                <w:sz w:val="18"/>
              </w:rPr>
              <w:lastRenderedPageBreak/>
              <w:t>corruption, safeguarding/PSEA or serious misconduct?</w:t>
            </w:r>
          </w:p>
        </w:tc>
        <w:tc>
          <w:tcPr>
            <w:tcW w:w="3400" w:type="dxa"/>
          </w:tcPr>
          <w:p w14:paraId="1CAEFE5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lastRenderedPageBreak/>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0060889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[Explain if applicable]</w:t>
            </w:r>
          </w:p>
        </w:tc>
      </w:tr>
      <w:tr w:rsidR="00961333" w14:paraId="36DC7F3A"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574D9286" w14:textId="77777777" w:rsidR="00961333" w:rsidRPr="009323E4" w:rsidRDefault="00C85E30">
            <w:pPr>
              <w:spacing w:before="40" w:after="60" w:line="240" w:lineRule="auto"/>
              <w:rPr>
                <w:b w:val="0"/>
                <w:bCs w:val="0"/>
              </w:rPr>
            </w:pPr>
            <w:r w:rsidRPr="00BF1335">
              <w:rPr>
                <w:sz w:val="18"/>
              </w:rPr>
              <w:t>Does the organization consent to applicable CARE sanctions, terrorism and restricted-party screening?</w:t>
            </w:r>
          </w:p>
        </w:tc>
        <w:tc>
          <w:tcPr>
            <w:tcW w:w="3400" w:type="dxa"/>
          </w:tcPr>
          <w:p w14:paraId="55FB0AB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1AD6A09E"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[Explain if applicable]</w:t>
            </w:r>
          </w:p>
        </w:tc>
      </w:tr>
      <w:tr w:rsidR="00961333" w14:paraId="1C612375"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4409A5E4" w14:textId="57412C40" w:rsidR="00961333" w:rsidRPr="009323E4" w:rsidRDefault="00C85E30">
            <w:pPr>
              <w:spacing w:before="40" w:after="60" w:line="240" w:lineRule="auto"/>
              <w:rPr>
                <w:b w:val="0"/>
                <w:bCs w:val="0"/>
              </w:rPr>
            </w:pPr>
            <w:r w:rsidRPr="00BF1335">
              <w:rPr>
                <w:sz w:val="18"/>
              </w:rPr>
              <w:t xml:space="preserve">If shortlisted, will the organization participate in CARE’s proportionate </w:t>
            </w:r>
            <w:r w:rsidR="00BF1335">
              <w:rPr>
                <w:b w:val="0"/>
                <w:bCs w:val="0"/>
                <w:sz w:val="18"/>
              </w:rPr>
              <w:t>DDA</w:t>
            </w:r>
            <w:r w:rsidRPr="00BF1335">
              <w:rPr>
                <w:sz w:val="18"/>
              </w:rPr>
              <w:t xml:space="preserve"> and provide reasonably requested supporting information?</w:t>
            </w:r>
          </w:p>
        </w:tc>
        <w:tc>
          <w:tcPr>
            <w:tcW w:w="3400" w:type="dxa"/>
          </w:tcPr>
          <w:p w14:paraId="412E032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w:t>
            </w:r>
            <w:proofErr w:type="gramStart"/>
            <w:r>
              <w:rPr>
                <w:sz w:val="18"/>
              </w:rPr>
              <w:t xml:space="preserve">Yes  </w:t>
            </w:r>
            <w:r>
              <w:rPr>
                <w:rFonts w:ascii="Segoe UI Symbol" w:hAnsi="Segoe UI Symbol" w:cs="Segoe UI Symbol"/>
                <w:sz w:val="18"/>
              </w:rPr>
              <w:t>☐</w:t>
            </w:r>
            <w:proofErr w:type="gramEnd"/>
            <w:r>
              <w:rPr>
                <w:sz w:val="18"/>
              </w:rPr>
              <w:t xml:space="preserve"> No</w:t>
            </w:r>
          </w:p>
        </w:tc>
        <w:tc>
          <w:tcPr>
            <w:tcW w:w="3400" w:type="dxa"/>
          </w:tcPr>
          <w:p w14:paraId="1D3BDB8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[Explain if applicable]</w:t>
            </w:r>
          </w:p>
        </w:tc>
      </w:tr>
    </w:tbl>
    <w:p w14:paraId="559A0470" w14:textId="7A4B6D50" w:rsidR="00961333" w:rsidRPr="009323E4" w:rsidRDefault="00C85E30">
      <w:pPr>
        <w:pStyle w:val="Heading2"/>
        <w:rPr>
          <w:color w:val="F79646" w:themeColor="accent6"/>
        </w:rPr>
      </w:pPr>
      <w:r w:rsidRPr="009323E4">
        <w:rPr>
          <w:rFonts w:ascii="Arial" w:hAnsi="Arial"/>
          <w:color w:val="F79646" w:themeColor="accent6"/>
        </w:rPr>
        <w:t>13.1 Disclosure explanation (only if required)</w:t>
      </w:r>
      <w:r w:rsidRPr="009323E4">
        <w:rPr>
          <w:rFonts w:ascii="Arial" w:hAnsi="Arial"/>
          <w:i/>
          <w:color w:val="F79646" w:themeColor="accent6"/>
        </w:rPr>
        <w:t xml:space="preserve"> [Limit: 250 words]</w:t>
      </w:r>
    </w:p>
    <w:p w14:paraId="10A91ABA" w14:textId="77777777" w:rsidR="00961333" w:rsidRDefault="00C85E30" w:rsidP="009323E4">
      <w:pPr>
        <w:keepNext/>
        <w:spacing w:after="60"/>
        <w:jc w:val="both"/>
      </w:pPr>
      <w:r>
        <w:t xml:space="preserve">Explain any “Yes” response to the first three disclosure questions and any “No” response to screening consent or due diligence participation. Provide concise facts, dates, </w:t>
      </w:r>
      <w:proofErr w:type="gramStart"/>
      <w:r>
        <w:t>current status</w:t>
      </w:r>
      <w:proofErr w:type="gramEnd"/>
      <w:r>
        <w:t xml:space="preserve"> and corrective or mitigation measures. Disclosure does not automatically result in rejection; CARE will </w:t>
      </w:r>
      <w:proofErr w:type="gramStart"/>
      <w:r>
        <w:t>risk-assess</w:t>
      </w:r>
      <w:proofErr w:type="gramEnd"/>
      <w:r>
        <w:t xml:space="preserve"> the information.</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515911BF" w14:textId="77777777">
        <w:trPr>
          <w:cantSplit/>
          <w:jc w:val="center"/>
        </w:trPr>
        <w:tc>
          <w:tcPr>
            <w:tcW w:w="10200" w:type="dxa"/>
            <w:shd w:val="clear" w:color="auto" w:fill="FFFFFF"/>
            <w:tcMar>
              <w:top w:w="100" w:type="dxa"/>
              <w:left w:w="100" w:type="dxa"/>
              <w:bottom w:w="100" w:type="dxa"/>
              <w:right w:w="100" w:type="dxa"/>
            </w:tcMar>
          </w:tcPr>
          <w:p w14:paraId="42730379" w14:textId="77777777" w:rsidR="00961333" w:rsidRDefault="00C85E30">
            <w:pPr>
              <w:spacing w:before="40" w:after="60" w:line="240" w:lineRule="auto"/>
            </w:pPr>
            <w:r>
              <w:t>[Applicant response]</w:t>
            </w:r>
            <w:r>
              <w:br/>
            </w:r>
            <w:r>
              <w:br/>
            </w:r>
            <w:r>
              <w:br/>
            </w:r>
          </w:p>
        </w:tc>
      </w:tr>
    </w:tbl>
    <w:p w14:paraId="610AAF97" w14:textId="77777777" w:rsidR="00961333" w:rsidRDefault="00961333"/>
    <w:p w14:paraId="71FF2093" w14:textId="77777777" w:rsidR="00961333" w:rsidRPr="009323E4" w:rsidRDefault="00C85E30">
      <w:pPr>
        <w:pStyle w:val="Heading1"/>
        <w:rPr>
          <w:color w:val="F79646" w:themeColor="accent6"/>
        </w:rPr>
      </w:pPr>
      <w:r w:rsidRPr="009323E4">
        <w:rPr>
          <w:rFonts w:ascii="Arial" w:hAnsi="Arial"/>
          <w:color w:val="F79646" w:themeColor="accent6"/>
        </w:rPr>
        <w:t>14. Institutional References</w:t>
      </w:r>
    </w:p>
    <w:p w14:paraId="639196BE" w14:textId="77777777" w:rsidR="00961333" w:rsidRDefault="00C85E30" w:rsidP="009323E4">
      <w:pPr>
        <w:jc w:val="both"/>
      </w:pPr>
      <w:r>
        <w:t>Provide exactly two contactable institutional references that can credibly verify your organization’s work. References may come from donors, INGOs, UN agencies, government counterparts, networks or other credible institutional partners. Formal recommendation letters are not required unless CARE specifically requests them.</w:t>
      </w:r>
    </w:p>
    <w:tbl>
      <w:tblPr>
        <w:tblStyle w:val="GridTable4-Accent6"/>
        <w:tblW w:w="0" w:type="auto"/>
        <w:tblLook w:val="04A0" w:firstRow="1" w:lastRow="0" w:firstColumn="1" w:lastColumn="0" w:noHBand="0" w:noVBand="1"/>
      </w:tblPr>
      <w:tblGrid>
        <w:gridCol w:w="1698"/>
        <w:gridCol w:w="1699"/>
        <w:gridCol w:w="1698"/>
        <w:gridCol w:w="1698"/>
        <w:gridCol w:w="1698"/>
        <w:gridCol w:w="1699"/>
      </w:tblGrid>
      <w:tr w:rsidR="00961333" w14:paraId="157E523C"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6350F43A" w14:textId="77777777" w:rsidR="00961333" w:rsidRDefault="00C85E30">
            <w:pPr>
              <w:spacing w:before="40" w:after="60" w:line="240" w:lineRule="auto"/>
            </w:pPr>
            <w:r>
              <w:rPr>
                <w:color w:val="FFFFFF"/>
                <w:sz w:val="18"/>
              </w:rPr>
              <w:t>Reference</w:t>
            </w:r>
          </w:p>
        </w:tc>
        <w:tc>
          <w:tcPr>
            <w:tcW w:w="1700" w:type="dxa"/>
          </w:tcPr>
          <w:p w14:paraId="33B642EB"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Organization</w:t>
            </w:r>
          </w:p>
        </w:tc>
        <w:tc>
          <w:tcPr>
            <w:tcW w:w="1700" w:type="dxa"/>
          </w:tcPr>
          <w:p w14:paraId="7231EFC9"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Contact person / title</w:t>
            </w:r>
          </w:p>
        </w:tc>
        <w:tc>
          <w:tcPr>
            <w:tcW w:w="1700" w:type="dxa"/>
          </w:tcPr>
          <w:p w14:paraId="00C8D7A0"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Email</w:t>
            </w:r>
          </w:p>
        </w:tc>
        <w:tc>
          <w:tcPr>
            <w:tcW w:w="1700" w:type="dxa"/>
          </w:tcPr>
          <w:p w14:paraId="3404D44A"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Phone</w:t>
            </w:r>
          </w:p>
        </w:tc>
        <w:tc>
          <w:tcPr>
            <w:tcW w:w="1700" w:type="dxa"/>
          </w:tcPr>
          <w:p w14:paraId="3850F972"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Nature / period of relationship</w:t>
            </w:r>
          </w:p>
        </w:tc>
      </w:tr>
      <w:tr w:rsidR="00961333" w14:paraId="27A78237"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2A25926D" w14:textId="77777777" w:rsidR="00961333" w:rsidRPr="009323E4" w:rsidRDefault="00C85E30">
            <w:pPr>
              <w:spacing w:before="40" w:after="60" w:line="240" w:lineRule="auto"/>
              <w:rPr>
                <w:b w:val="0"/>
                <w:bCs w:val="0"/>
              </w:rPr>
            </w:pPr>
            <w:r w:rsidRPr="00BF1335">
              <w:rPr>
                <w:sz w:val="18"/>
              </w:rPr>
              <w:t>1</w:t>
            </w:r>
          </w:p>
        </w:tc>
        <w:tc>
          <w:tcPr>
            <w:tcW w:w="1700" w:type="dxa"/>
          </w:tcPr>
          <w:p w14:paraId="7E6F362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700" w:type="dxa"/>
          </w:tcPr>
          <w:p w14:paraId="0B7CD50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700" w:type="dxa"/>
          </w:tcPr>
          <w:p w14:paraId="4F0622C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700" w:type="dxa"/>
          </w:tcPr>
          <w:p w14:paraId="3970D19C"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c>
          <w:tcPr>
            <w:tcW w:w="1700" w:type="dxa"/>
          </w:tcPr>
          <w:p w14:paraId="382612A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[Enter]</w:t>
            </w:r>
          </w:p>
        </w:tc>
      </w:tr>
      <w:tr w:rsidR="00961333" w14:paraId="14099A05" w14:textId="77777777" w:rsidTr="009323E4">
        <w:tc>
          <w:tcPr>
            <w:cnfStyle w:val="001000000000" w:firstRow="0" w:lastRow="0" w:firstColumn="1" w:lastColumn="0" w:oddVBand="0" w:evenVBand="0" w:oddHBand="0" w:evenHBand="0" w:firstRowFirstColumn="0" w:firstRowLastColumn="0" w:lastRowFirstColumn="0" w:lastRowLastColumn="0"/>
            <w:tcW w:w="1700" w:type="dxa"/>
          </w:tcPr>
          <w:p w14:paraId="603B4C20" w14:textId="77777777" w:rsidR="00961333" w:rsidRPr="009323E4" w:rsidRDefault="00C85E30">
            <w:pPr>
              <w:spacing w:before="40" w:after="60" w:line="240" w:lineRule="auto"/>
              <w:rPr>
                <w:b w:val="0"/>
                <w:bCs w:val="0"/>
              </w:rPr>
            </w:pPr>
            <w:r w:rsidRPr="00BF1335">
              <w:rPr>
                <w:sz w:val="18"/>
              </w:rPr>
              <w:t>2</w:t>
            </w:r>
          </w:p>
        </w:tc>
        <w:tc>
          <w:tcPr>
            <w:tcW w:w="1700" w:type="dxa"/>
          </w:tcPr>
          <w:p w14:paraId="5DE440C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700" w:type="dxa"/>
          </w:tcPr>
          <w:p w14:paraId="18966512"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700" w:type="dxa"/>
          </w:tcPr>
          <w:p w14:paraId="5CB0154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700" w:type="dxa"/>
          </w:tcPr>
          <w:p w14:paraId="6A2DA91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c>
          <w:tcPr>
            <w:tcW w:w="1700" w:type="dxa"/>
          </w:tcPr>
          <w:p w14:paraId="74BD0F87"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[Enter]</w:t>
            </w:r>
          </w:p>
        </w:tc>
      </w:tr>
    </w:tbl>
    <w:p w14:paraId="4F665B8D" w14:textId="77777777" w:rsidR="00961333" w:rsidRPr="009323E4" w:rsidRDefault="00C85E30">
      <w:pPr>
        <w:pStyle w:val="Heading1"/>
        <w:rPr>
          <w:color w:val="F79646" w:themeColor="accent6"/>
        </w:rPr>
      </w:pPr>
      <w:r w:rsidRPr="009323E4">
        <w:rPr>
          <w:rFonts w:ascii="Arial" w:hAnsi="Arial"/>
          <w:color w:val="F79646" w:themeColor="accent6"/>
        </w:rPr>
        <w:t>15. Supporting Evidence Index and Submission Checklist</w:t>
      </w:r>
    </w:p>
    <w:p w14:paraId="24D310BB" w14:textId="77777777" w:rsidR="00961333" w:rsidRDefault="00C85E30" w:rsidP="009323E4">
      <w:pPr>
        <w:jc w:val="both"/>
      </w:pPr>
      <w:r>
        <w:t>List the supporting files submitted with this application. Use the evidence reference (E01, E02, etc.) in Sections 4-13 where relevant. “Where available” documents are not automatically mandatory unless the Call or Stage 1 criteria require them.</w:t>
      </w:r>
    </w:p>
    <w:tbl>
      <w:tblPr>
        <w:tblStyle w:val="GridTable4-Accent6"/>
        <w:tblW w:w="0" w:type="auto"/>
        <w:tblLook w:val="04A0" w:firstRow="1" w:lastRow="0" w:firstColumn="1" w:lastColumn="0" w:noHBand="0" w:noVBand="1"/>
      </w:tblPr>
      <w:tblGrid>
        <w:gridCol w:w="2038"/>
        <w:gridCol w:w="2038"/>
        <w:gridCol w:w="2038"/>
        <w:gridCol w:w="2038"/>
        <w:gridCol w:w="2038"/>
      </w:tblGrid>
      <w:tr w:rsidR="00961333" w14:paraId="0122D18F"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5035ADF9" w14:textId="77777777" w:rsidR="00961333" w:rsidRDefault="00C85E30">
            <w:pPr>
              <w:spacing w:before="40" w:after="60" w:line="240" w:lineRule="auto"/>
            </w:pPr>
            <w:r>
              <w:rPr>
                <w:color w:val="FFFFFF"/>
                <w:sz w:val="18"/>
              </w:rPr>
              <w:t>Evidence ref.</w:t>
            </w:r>
          </w:p>
        </w:tc>
        <w:tc>
          <w:tcPr>
            <w:tcW w:w="2040" w:type="dxa"/>
          </w:tcPr>
          <w:p w14:paraId="366013B5"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Document / file name</w:t>
            </w:r>
          </w:p>
        </w:tc>
        <w:tc>
          <w:tcPr>
            <w:tcW w:w="2040" w:type="dxa"/>
          </w:tcPr>
          <w:p w14:paraId="1EE0CFF6"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Mandatory / if available</w:t>
            </w:r>
          </w:p>
        </w:tc>
        <w:tc>
          <w:tcPr>
            <w:tcW w:w="2040" w:type="dxa"/>
          </w:tcPr>
          <w:p w14:paraId="3196D59A"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Application section(s) supported</w:t>
            </w:r>
          </w:p>
        </w:tc>
        <w:tc>
          <w:tcPr>
            <w:tcW w:w="2040" w:type="dxa"/>
          </w:tcPr>
          <w:p w14:paraId="028D487F"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Included?</w:t>
            </w:r>
          </w:p>
        </w:tc>
      </w:tr>
      <w:tr w:rsidR="00961333" w14:paraId="6ECC2FF2"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2FCE0EE1" w14:textId="77777777" w:rsidR="00961333" w:rsidRPr="009323E4" w:rsidRDefault="00C85E30">
            <w:pPr>
              <w:spacing w:before="40" w:after="60" w:line="240" w:lineRule="auto"/>
              <w:rPr>
                <w:b w:val="0"/>
                <w:bCs w:val="0"/>
              </w:rPr>
            </w:pPr>
            <w:r w:rsidRPr="00BF1335">
              <w:rPr>
                <w:sz w:val="18"/>
              </w:rPr>
              <w:t>E01</w:t>
            </w:r>
          </w:p>
        </w:tc>
        <w:tc>
          <w:tcPr>
            <w:tcW w:w="2040" w:type="dxa"/>
          </w:tcPr>
          <w:p w14:paraId="0F1D937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Valid registration / authorization</w:t>
            </w:r>
          </w:p>
        </w:tc>
        <w:tc>
          <w:tcPr>
            <w:tcW w:w="2040" w:type="dxa"/>
          </w:tcPr>
          <w:p w14:paraId="7CB01396"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Mandatory</w:t>
            </w:r>
          </w:p>
        </w:tc>
        <w:tc>
          <w:tcPr>
            <w:tcW w:w="2040" w:type="dxa"/>
          </w:tcPr>
          <w:p w14:paraId="09EC5CA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1, 2, Stage 1</w:t>
            </w:r>
          </w:p>
        </w:tc>
        <w:tc>
          <w:tcPr>
            <w:tcW w:w="2040" w:type="dxa"/>
          </w:tcPr>
          <w:p w14:paraId="4BAAB41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p>
        </w:tc>
      </w:tr>
      <w:tr w:rsidR="00961333" w14:paraId="22AE7BD9" w14:textId="77777777" w:rsidTr="009323E4">
        <w:tc>
          <w:tcPr>
            <w:cnfStyle w:val="001000000000" w:firstRow="0" w:lastRow="0" w:firstColumn="1" w:lastColumn="0" w:oddVBand="0" w:evenVBand="0" w:oddHBand="0" w:evenHBand="0" w:firstRowFirstColumn="0" w:firstRowLastColumn="0" w:lastRowFirstColumn="0" w:lastRowLastColumn="0"/>
            <w:tcW w:w="2040" w:type="dxa"/>
          </w:tcPr>
          <w:p w14:paraId="2A584356" w14:textId="77777777" w:rsidR="00961333" w:rsidRPr="009323E4" w:rsidRDefault="00C85E30">
            <w:pPr>
              <w:spacing w:before="40" w:after="60" w:line="240" w:lineRule="auto"/>
              <w:rPr>
                <w:b w:val="0"/>
                <w:bCs w:val="0"/>
              </w:rPr>
            </w:pPr>
            <w:r w:rsidRPr="00BF1335">
              <w:rPr>
                <w:sz w:val="18"/>
              </w:rPr>
              <w:t>E02</w:t>
            </w:r>
          </w:p>
        </w:tc>
        <w:tc>
          <w:tcPr>
            <w:tcW w:w="2040" w:type="dxa"/>
          </w:tcPr>
          <w:p w14:paraId="171C0DC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Organizational profile</w:t>
            </w:r>
          </w:p>
        </w:tc>
        <w:tc>
          <w:tcPr>
            <w:tcW w:w="2040" w:type="dxa"/>
          </w:tcPr>
          <w:p w14:paraId="2A49C62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Mandatory</w:t>
            </w:r>
          </w:p>
        </w:tc>
        <w:tc>
          <w:tcPr>
            <w:tcW w:w="2040" w:type="dxa"/>
          </w:tcPr>
          <w:p w14:paraId="6B44138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2, 4, 8</w:t>
            </w:r>
          </w:p>
        </w:tc>
        <w:tc>
          <w:tcPr>
            <w:tcW w:w="2040" w:type="dxa"/>
          </w:tcPr>
          <w:p w14:paraId="2DAEB6FB"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p>
        </w:tc>
      </w:tr>
      <w:tr w:rsidR="00961333" w14:paraId="10D641F0"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1AD2044F" w14:textId="77777777" w:rsidR="00961333" w:rsidRPr="009323E4" w:rsidRDefault="00C85E30">
            <w:pPr>
              <w:spacing w:before="40" w:after="60" w:line="240" w:lineRule="auto"/>
              <w:rPr>
                <w:b w:val="0"/>
                <w:bCs w:val="0"/>
              </w:rPr>
            </w:pPr>
            <w:r w:rsidRPr="00BF1335">
              <w:rPr>
                <w:sz w:val="18"/>
              </w:rPr>
              <w:t>E03</w:t>
            </w:r>
          </w:p>
        </w:tc>
        <w:tc>
          <w:tcPr>
            <w:tcW w:w="2040" w:type="dxa"/>
          </w:tcPr>
          <w:p w14:paraId="05FC015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Current organogram</w:t>
            </w:r>
          </w:p>
        </w:tc>
        <w:tc>
          <w:tcPr>
            <w:tcW w:w="2040" w:type="dxa"/>
          </w:tcPr>
          <w:p w14:paraId="2FCB9097"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Mandatory</w:t>
            </w:r>
          </w:p>
        </w:tc>
        <w:tc>
          <w:tcPr>
            <w:tcW w:w="2040" w:type="dxa"/>
          </w:tcPr>
          <w:p w14:paraId="2F76B69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2, 8</w:t>
            </w:r>
          </w:p>
        </w:tc>
        <w:tc>
          <w:tcPr>
            <w:tcW w:w="2040" w:type="dxa"/>
          </w:tcPr>
          <w:p w14:paraId="784882F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p>
        </w:tc>
      </w:tr>
      <w:tr w:rsidR="00961333" w14:paraId="4FCE1F75" w14:textId="77777777" w:rsidTr="009323E4">
        <w:tc>
          <w:tcPr>
            <w:cnfStyle w:val="001000000000" w:firstRow="0" w:lastRow="0" w:firstColumn="1" w:lastColumn="0" w:oddVBand="0" w:evenVBand="0" w:oddHBand="0" w:evenHBand="0" w:firstRowFirstColumn="0" w:firstRowLastColumn="0" w:lastRowFirstColumn="0" w:lastRowLastColumn="0"/>
            <w:tcW w:w="2040" w:type="dxa"/>
          </w:tcPr>
          <w:p w14:paraId="06AC4AD0" w14:textId="77777777" w:rsidR="00961333" w:rsidRPr="009323E4" w:rsidRDefault="00C85E30">
            <w:pPr>
              <w:spacing w:before="40" w:after="60" w:line="240" w:lineRule="auto"/>
              <w:rPr>
                <w:b w:val="0"/>
                <w:bCs w:val="0"/>
              </w:rPr>
            </w:pPr>
            <w:r w:rsidRPr="00BF1335">
              <w:rPr>
                <w:sz w:val="18"/>
              </w:rPr>
              <w:t>E04</w:t>
            </w:r>
          </w:p>
        </w:tc>
        <w:tc>
          <w:tcPr>
            <w:tcW w:w="2040" w:type="dxa"/>
          </w:tcPr>
          <w:p w14:paraId="1ABED100" w14:textId="3AAD7CA4"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Organizational bank</w:t>
            </w:r>
            <w:r w:rsidR="00BF1335">
              <w:rPr>
                <w:sz w:val="18"/>
              </w:rPr>
              <w:t xml:space="preserve"> </w:t>
            </w:r>
            <w:r>
              <w:rPr>
                <w:sz w:val="18"/>
              </w:rPr>
              <w:t>account evidence (redacted)</w:t>
            </w:r>
          </w:p>
        </w:tc>
        <w:tc>
          <w:tcPr>
            <w:tcW w:w="2040" w:type="dxa"/>
          </w:tcPr>
          <w:p w14:paraId="2564B2C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Mandatory</w:t>
            </w:r>
          </w:p>
        </w:tc>
        <w:tc>
          <w:tcPr>
            <w:tcW w:w="2040" w:type="dxa"/>
          </w:tcPr>
          <w:p w14:paraId="232A9A70"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Stage 1 / 8</w:t>
            </w:r>
          </w:p>
        </w:tc>
        <w:tc>
          <w:tcPr>
            <w:tcW w:w="2040" w:type="dxa"/>
          </w:tcPr>
          <w:p w14:paraId="34738BF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p>
        </w:tc>
      </w:tr>
      <w:tr w:rsidR="00961333" w14:paraId="360F4E02"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3199AE56" w14:textId="77777777" w:rsidR="00961333" w:rsidRPr="009323E4" w:rsidRDefault="00C85E30">
            <w:pPr>
              <w:spacing w:before="40" w:after="60" w:line="240" w:lineRule="auto"/>
              <w:rPr>
                <w:b w:val="0"/>
                <w:bCs w:val="0"/>
              </w:rPr>
            </w:pPr>
            <w:r w:rsidRPr="00BF1335">
              <w:rPr>
                <w:sz w:val="18"/>
              </w:rPr>
              <w:t>E05</w:t>
            </w:r>
          </w:p>
        </w:tc>
        <w:tc>
          <w:tcPr>
            <w:tcW w:w="2040" w:type="dxa"/>
          </w:tcPr>
          <w:p w14:paraId="6FC1E31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Code of Conduct</w:t>
            </w:r>
          </w:p>
        </w:tc>
        <w:tc>
          <w:tcPr>
            <w:tcW w:w="2040" w:type="dxa"/>
          </w:tcPr>
          <w:p w14:paraId="7C32F9D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Where available</w:t>
            </w:r>
          </w:p>
        </w:tc>
        <w:tc>
          <w:tcPr>
            <w:tcW w:w="2040" w:type="dxa"/>
          </w:tcPr>
          <w:p w14:paraId="4AA7CEB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9, 12</w:t>
            </w:r>
          </w:p>
        </w:tc>
        <w:tc>
          <w:tcPr>
            <w:tcW w:w="2040" w:type="dxa"/>
          </w:tcPr>
          <w:p w14:paraId="22B287C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p>
        </w:tc>
      </w:tr>
      <w:tr w:rsidR="00961333" w14:paraId="6A1871DC" w14:textId="77777777" w:rsidTr="009323E4">
        <w:tc>
          <w:tcPr>
            <w:cnfStyle w:val="001000000000" w:firstRow="0" w:lastRow="0" w:firstColumn="1" w:lastColumn="0" w:oddVBand="0" w:evenVBand="0" w:oddHBand="0" w:evenHBand="0" w:firstRowFirstColumn="0" w:firstRowLastColumn="0" w:lastRowFirstColumn="0" w:lastRowLastColumn="0"/>
            <w:tcW w:w="2040" w:type="dxa"/>
          </w:tcPr>
          <w:p w14:paraId="04307A79" w14:textId="77777777" w:rsidR="00961333" w:rsidRPr="009323E4" w:rsidRDefault="00C85E30">
            <w:pPr>
              <w:spacing w:before="40" w:after="60" w:line="240" w:lineRule="auto"/>
              <w:rPr>
                <w:b w:val="0"/>
                <w:bCs w:val="0"/>
              </w:rPr>
            </w:pPr>
            <w:r w:rsidRPr="00BF1335">
              <w:rPr>
                <w:sz w:val="18"/>
              </w:rPr>
              <w:t>E06</w:t>
            </w:r>
          </w:p>
        </w:tc>
        <w:tc>
          <w:tcPr>
            <w:tcW w:w="2040" w:type="dxa"/>
          </w:tcPr>
          <w:p w14:paraId="52D71BF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Safeguarding / PSEA policy or equivalent</w:t>
            </w:r>
          </w:p>
        </w:tc>
        <w:tc>
          <w:tcPr>
            <w:tcW w:w="2040" w:type="dxa"/>
          </w:tcPr>
          <w:p w14:paraId="2158D2C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Where available</w:t>
            </w:r>
          </w:p>
        </w:tc>
        <w:tc>
          <w:tcPr>
            <w:tcW w:w="2040" w:type="dxa"/>
          </w:tcPr>
          <w:p w14:paraId="679B2CC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9</w:t>
            </w:r>
          </w:p>
        </w:tc>
        <w:tc>
          <w:tcPr>
            <w:tcW w:w="2040" w:type="dxa"/>
          </w:tcPr>
          <w:p w14:paraId="4710C9BF"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p>
        </w:tc>
      </w:tr>
      <w:tr w:rsidR="00961333" w14:paraId="54CF0C50"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46D4FE15" w14:textId="77777777" w:rsidR="00961333" w:rsidRPr="009323E4" w:rsidRDefault="00C85E30">
            <w:pPr>
              <w:spacing w:before="40" w:after="60" w:line="240" w:lineRule="auto"/>
              <w:rPr>
                <w:b w:val="0"/>
                <w:bCs w:val="0"/>
              </w:rPr>
            </w:pPr>
            <w:r w:rsidRPr="00BF1335">
              <w:rPr>
                <w:sz w:val="18"/>
              </w:rPr>
              <w:t>E07</w:t>
            </w:r>
          </w:p>
        </w:tc>
        <w:tc>
          <w:tcPr>
            <w:tcW w:w="2040" w:type="dxa"/>
          </w:tcPr>
          <w:p w14:paraId="74243A7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Complaints / accountability guidance or equivalent</w:t>
            </w:r>
          </w:p>
        </w:tc>
        <w:tc>
          <w:tcPr>
            <w:tcW w:w="2040" w:type="dxa"/>
          </w:tcPr>
          <w:p w14:paraId="2CE35147"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Where available</w:t>
            </w:r>
          </w:p>
        </w:tc>
        <w:tc>
          <w:tcPr>
            <w:tcW w:w="2040" w:type="dxa"/>
          </w:tcPr>
          <w:p w14:paraId="27B1E23E"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9, 12</w:t>
            </w:r>
          </w:p>
        </w:tc>
        <w:tc>
          <w:tcPr>
            <w:tcW w:w="2040" w:type="dxa"/>
          </w:tcPr>
          <w:p w14:paraId="6E41290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p>
        </w:tc>
      </w:tr>
      <w:tr w:rsidR="00961333" w14:paraId="52FBBDDB" w14:textId="77777777" w:rsidTr="009323E4">
        <w:tc>
          <w:tcPr>
            <w:cnfStyle w:val="001000000000" w:firstRow="0" w:lastRow="0" w:firstColumn="1" w:lastColumn="0" w:oddVBand="0" w:evenVBand="0" w:oddHBand="0" w:evenHBand="0" w:firstRowFirstColumn="0" w:firstRowLastColumn="0" w:lastRowFirstColumn="0" w:lastRowLastColumn="0"/>
            <w:tcW w:w="2040" w:type="dxa"/>
          </w:tcPr>
          <w:p w14:paraId="26184A22" w14:textId="77777777" w:rsidR="00961333" w:rsidRPr="009323E4" w:rsidRDefault="00C85E30">
            <w:pPr>
              <w:spacing w:before="40" w:after="60" w:line="240" w:lineRule="auto"/>
              <w:rPr>
                <w:b w:val="0"/>
                <w:bCs w:val="0"/>
              </w:rPr>
            </w:pPr>
            <w:r w:rsidRPr="00BF1335">
              <w:rPr>
                <w:sz w:val="18"/>
              </w:rPr>
              <w:lastRenderedPageBreak/>
              <w:t>E08</w:t>
            </w:r>
          </w:p>
        </w:tc>
        <w:tc>
          <w:tcPr>
            <w:tcW w:w="2040" w:type="dxa"/>
          </w:tcPr>
          <w:p w14:paraId="0CE0B18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Do No Harm / conflict-sensitivity guidance or equivalent</w:t>
            </w:r>
          </w:p>
        </w:tc>
        <w:tc>
          <w:tcPr>
            <w:tcW w:w="2040" w:type="dxa"/>
          </w:tcPr>
          <w:p w14:paraId="2306495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Where available</w:t>
            </w:r>
          </w:p>
        </w:tc>
        <w:tc>
          <w:tcPr>
            <w:tcW w:w="2040" w:type="dxa"/>
          </w:tcPr>
          <w:p w14:paraId="4338D0F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12</w:t>
            </w:r>
          </w:p>
        </w:tc>
        <w:tc>
          <w:tcPr>
            <w:tcW w:w="2040" w:type="dxa"/>
          </w:tcPr>
          <w:p w14:paraId="75B59AA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p>
        </w:tc>
      </w:tr>
      <w:tr w:rsidR="00961333" w14:paraId="2C7EDC18"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1EAF60B0" w14:textId="77777777" w:rsidR="00961333" w:rsidRPr="009323E4" w:rsidRDefault="00C85E30">
            <w:pPr>
              <w:spacing w:before="40" w:after="60" w:line="240" w:lineRule="auto"/>
              <w:rPr>
                <w:b w:val="0"/>
                <w:bCs w:val="0"/>
              </w:rPr>
            </w:pPr>
            <w:r w:rsidRPr="00BF1335">
              <w:rPr>
                <w:sz w:val="18"/>
              </w:rPr>
              <w:t>E09</w:t>
            </w:r>
          </w:p>
        </w:tc>
        <w:tc>
          <w:tcPr>
            <w:tcW w:w="2040" w:type="dxa"/>
          </w:tcPr>
          <w:p w14:paraId="491D0984"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Thematic evidence - priority area 1</w:t>
            </w:r>
          </w:p>
        </w:tc>
        <w:tc>
          <w:tcPr>
            <w:tcW w:w="2040" w:type="dxa"/>
          </w:tcPr>
          <w:p w14:paraId="7A02F506"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Strongly encouraged where available</w:t>
            </w:r>
          </w:p>
        </w:tc>
        <w:tc>
          <w:tcPr>
            <w:tcW w:w="2040" w:type="dxa"/>
          </w:tcPr>
          <w:p w14:paraId="5E7EF2D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5, 6</w:t>
            </w:r>
          </w:p>
        </w:tc>
        <w:tc>
          <w:tcPr>
            <w:tcW w:w="2040" w:type="dxa"/>
          </w:tcPr>
          <w:p w14:paraId="4737387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p>
        </w:tc>
      </w:tr>
      <w:tr w:rsidR="00961333" w14:paraId="4DB20FDE" w14:textId="77777777" w:rsidTr="009323E4">
        <w:tc>
          <w:tcPr>
            <w:cnfStyle w:val="001000000000" w:firstRow="0" w:lastRow="0" w:firstColumn="1" w:lastColumn="0" w:oddVBand="0" w:evenVBand="0" w:oddHBand="0" w:evenHBand="0" w:firstRowFirstColumn="0" w:firstRowLastColumn="0" w:lastRowFirstColumn="0" w:lastRowLastColumn="0"/>
            <w:tcW w:w="2040" w:type="dxa"/>
          </w:tcPr>
          <w:p w14:paraId="19CE3F8A" w14:textId="77777777" w:rsidR="00961333" w:rsidRPr="009323E4" w:rsidRDefault="00C85E30">
            <w:pPr>
              <w:spacing w:before="40" w:after="60" w:line="240" w:lineRule="auto"/>
              <w:rPr>
                <w:b w:val="0"/>
                <w:bCs w:val="0"/>
              </w:rPr>
            </w:pPr>
            <w:r w:rsidRPr="00BF1335">
              <w:rPr>
                <w:sz w:val="18"/>
              </w:rPr>
              <w:t>E10</w:t>
            </w:r>
          </w:p>
        </w:tc>
        <w:tc>
          <w:tcPr>
            <w:tcW w:w="2040" w:type="dxa"/>
          </w:tcPr>
          <w:p w14:paraId="18685B2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Thematic evidence - priority area 2</w:t>
            </w:r>
          </w:p>
        </w:tc>
        <w:tc>
          <w:tcPr>
            <w:tcW w:w="2040" w:type="dxa"/>
          </w:tcPr>
          <w:p w14:paraId="767E1F6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Strongly encouraged where available</w:t>
            </w:r>
          </w:p>
        </w:tc>
        <w:tc>
          <w:tcPr>
            <w:tcW w:w="2040" w:type="dxa"/>
          </w:tcPr>
          <w:p w14:paraId="5F881872"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5, 6</w:t>
            </w:r>
          </w:p>
        </w:tc>
        <w:tc>
          <w:tcPr>
            <w:tcW w:w="2040" w:type="dxa"/>
          </w:tcPr>
          <w:p w14:paraId="031EBFD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p>
        </w:tc>
      </w:tr>
      <w:tr w:rsidR="00961333" w14:paraId="16159DBB"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4317880D" w14:textId="77777777" w:rsidR="00961333" w:rsidRPr="009323E4" w:rsidRDefault="00C85E30">
            <w:pPr>
              <w:spacing w:before="40" w:after="60" w:line="240" w:lineRule="auto"/>
              <w:rPr>
                <w:b w:val="0"/>
                <w:bCs w:val="0"/>
              </w:rPr>
            </w:pPr>
            <w:r w:rsidRPr="00BF1335">
              <w:rPr>
                <w:sz w:val="18"/>
              </w:rPr>
              <w:t>E11</w:t>
            </w:r>
          </w:p>
        </w:tc>
        <w:tc>
          <w:tcPr>
            <w:tcW w:w="2040" w:type="dxa"/>
          </w:tcPr>
          <w:p w14:paraId="78CB216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Thematic evidence - priority area 3</w:t>
            </w:r>
          </w:p>
        </w:tc>
        <w:tc>
          <w:tcPr>
            <w:tcW w:w="2040" w:type="dxa"/>
          </w:tcPr>
          <w:p w14:paraId="23CC6B18"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Strongly encouraged where available</w:t>
            </w:r>
          </w:p>
        </w:tc>
        <w:tc>
          <w:tcPr>
            <w:tcW w:w="2040" w:type="dxa"/>
          </w:tcPr>
          <w:p w14:paraId="74353E1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5, 6</w:t>
            </w:r>
          </w:p>
        </w:tc>
        <w:tc>
          <w:tcPr>
            <w:tcW w:w="2040" w:type="dxa"/>
          </w:tcPr>
          <w:p w14:paraId="399B4E3F"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p>
        </w:tc>
      </w:tr>
      <w:tr w:rsidR="00961333" w14:paraId="63EAD43B" w14:textId="77777777" w:rsidTr="009323E4">
        <w:tc>
          <w:tcPr>
            <w:cnfStyle w:val="001000000000" w:firstRow="0" w:lastRow="0" w:firstColumn="1" w:lastColumn="0" w:oddVBand="0" w:evenVBand="0" w:oddHBand="0" w:evenHBand="0" w:firstRowFirstColumn="0" w:firstRowLastColumn="0" w:lastRowFirstColumn="0" w:lastRowLastColumn="0"/>
            <w:tcW w:w="2040" w:type="dxa"/>
          </w:tcPr>
          <w:p w14:paraId="5650D66A" w14:textId="77777777" w:rsidR="00961333" w:rsidRPr="009323E4" w:rsidRDefault="00C85E30">
            <w:pPr>
              <w:spacing w:before="40" w:after="60" w:line="240" w:lineRule="auto"/>
              <w:rPr>
                <w:b w:val="0"/>
                <w:bCs w:val="0"/>
              </w:rPr>
            </w:pPr>
            <w:r w:rsidRPr="00BF1335">
              <w:rPr>
                <w:sz w:val="18"/>
              </w:rPr>
              <w:t>E12</w:t>
            </w:r>
          </w:p>
        </w:tc>
        <w:tc>
          <w:tcPr>
            <w:tcW w:w="2040" w:type="dxa"/>
          </w:tcPr>
          <w:p w14:paraId="763E854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Other relevant evidence</w:t>
            </w:r>
          </w:p>
        </w:tc>
        <w:tc>
          <w:tcPr>
            <w:tcW w:w="2040" w:type="dxa"/>
          </w:tcPr>
          <w:p w14:paraId="578C271F"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Optional</w:t>
            </w:r>
          </w:p>
        </w:tc>
        <w:tc>
          <w:tcPr>
            <w:tcW w:w="2040" w:type="dxa"/>
          </w:tcPr>
          <w:p w14:paraId="36C5B5CA"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[Specify]</w:t>
            </w:r>
          </w:p>
        </w:tc>
        <w:tc>
          <w:tcPr>
            <w:tcW w:w="2040" w:type="dxa"/>
          </w:tcPr>
          <w:p w14:paraId="59DBE4F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p>
        </w:tc>
      </w:tr>
    </w:tbl>
    <w:p w14:paraId="42DCBDBD" w14:textId="2C936CAE" w:rsidR="00961333" w:rsidRPr="009323E4" w:rsidRDefault="00C85E30">
      <w:pPr>
        <w:pStyle w:val="Heading2"/>
        <w:rPr>
          <w:color w:val="F79646" w:themeColor="accent6"/>
        </w:rPr>
      </w:pPr>
      <w:r w:rsidRPr="009323E4">
        <w:rPr>
          <w:rFonts w:ascii="Arial" w:hAnsi="Arial"/>
          <w:color w:val="F79646" w:themeColor="accent6"/>
        </w:rPr>
        <w:t>15.1 Additional evidence index</w:t>
      </w:r>
      <w:r w:rsidRPr="009323E4">
        <w:rPr>
          <w:rFonts w:ascii="Arial" w:hAnsi="Arial"/>
          <w:i/>
          <w:color w:val="F79646" w:themeColor="accent6"/>
        </w:rPr>
        <w:t xml:space="preserve"> [Limit: Maximum 10 additional files]</w:t>
      </w:r>
    </w:p>
    <w:p w14:paraId="2967E17D" w14:textId="77777777" w:rsidR="00961333" w:rsidRDefault="00C85E30" w:rsidP="009323E4">
      <w:pPr>
        <w:keepNext/>
        <w:spacing w:after="60"/>
        <w:jc w:val="both"/>
      </w:pPr>
      <w:r>
        <w:t>If you submit other permitted supporting documents, list each file with its evidence reference and the section it supports. Do not submit large volumes of unreferenced evidence.</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377CDCE1" w14:textId="77777777">
        <w:trPr>
          <w:cantSplit/>
          <w:jc w:val="center"/>
        </w:trPr>
        <w:tc>
          <w:tcPr>
            <w:tcW w:w="10200" w:type="dxa"/>
            <w:shd w:val="clear" w:color="auto" w:fill="FFFFFF"/>
            <w:tcMar>
              <w:top w:w="100" w:type="dxa"/>
              <w:left w:w="100" w:type="dxa"/>
              <w:bottom w:w="100" w:type="dxa"/>
              <w:right w:w="100" w:type="dxa"/>
            </w:tcMar>
          </w:tcPr>
          <w:p w14:paraId="11424C7C" w14:textId="77777777" w:rsidR="00961333" w:rsidRDefault="00C85E30">
            <w:pPr>
              <w:spacing w:before="40" w:after="60" w:line="240" w:lineRule="auto"/>
            </w:pPr>
            <w:r>
              <w:t>[Applicant response]</w:t>
            </w:r>
            <w:r>
              <w:br/>
            </w:r>
            <w:r>
              <w:br/>
            </w:r>
            <w:r>
              <w:br/>
            </w:r>
          </w:p>
        </w:tc>
      </w:tr>
    </w:tbl>
    <w:p w14:paraId="4C32878B" w14:textId="77777777" w:rsidR="00961333" w:rsidRDefault="00961333"/>
    <w:p w14:paraId="4986B73D" w14:textId="77777777" w:rsidR="00961333" w:rsidRPr="009323E4" w:rsidRDefault="00C85E30">
      <w:pPr>
        <w:pStyle w:val="Heading1"/>
        <w:rPr>
          <w:color w:val="F79646" w:themeColor="accent6"/>
        </w:rPr>
      </w:pPr>
      <w:r w:rsidRPr="009323E4">
        <w:rPr>
          <w:rFonts w:ascii="Arial" w:hAnsi="Arial"/>
          <w:color w:val="F79646" w:themeColor="accent6"/>
        </w:rPr>
        <w:t>16. Eligibility and Integrity Declaration</w:t>
      </w:r>
    </w:p>
    <w:p w14:paraId="50306D89" w14:textId="77777777" w:rsidR="00961333" w:rsidRDefault="00C85E30" w:rsidP="009323E4">
      <w:pPr>
        <w:jc w:val="both"/>
      </w:pPr>
      <w:r>
        <w:t>To be completed and signed by an authorized representative of the applicant organization.</w:t>
      </w:r>
    </w:p>
    <w:p w14:paraId="6CE6FA75" w14:textId="77777777" w:rsidR="00961333" w:rsidRDefault="00C85E30" w:rsidP="009323E4">
      <w:pPr>
        <w:jc w:val="both"/>
      </w:pPr>
      <w:r>
        <w:t>On behalf of [Organization Name], I confirm that the organization:</w:t>
      </w:r>
    </w:p>
    <w:p w14:paraId="696E3968" w14:textId="77777777" w:rsidR="00961333" w:rsidRDefault="00C85E30" w:rsidP="009323E4">
      <w:pPr>
        <w:pStyle w:val="ListBullet"/>
        <w:ind w:left="340"/>
      </w:pPr>
      <w:r>
        <w:t xml:space="preserve">is based in at least one of the following locations: the Kurdistan Region of Iraq (KRI), Ninawa, </w:t>
      </w:r>
      <w:proofErr w:type="spellStart"/>
      <w:r>
        <w:t>Thi</w:t>
      </w:r>
      <w:proofErr w:type="spellEnd"/>
      <w:r>
        <w:t xml:space="preserve"> </w:t>
      </w:r>
      <w:proofErr w:type="spellStart"/>
      <w:r>
        <w:t>Qar</w:t>
      </w:r>
      <w:proofErr w:type="spellEnd"/>
      <w:r>
        <w:t>, Basra or Baghdad;</w:t>
      </w:r>
    </w:p>
    <w:p w14:paraId="74234499" w14:textId="2EBD2588" w:rsidR="00961333" w:rsidRDefault="00C85E30">
      <w:pPr>
        <w:pStyle w:val="ListBullet"/>
        <w:ind w:left="340"/>
      </w:pPr>
      <w:r>
        <w:t xml:space="preserve">commits to humanitarian and development </w:t>
      </w:r>
      <w:proofErr w:type="gramStart"/>
      <w:r>
        <w:t xml:space="preserve">principles,  </w:t>
      </w:r>
      <w:r w:rsidR="00722282">
        <w:t>women</w:t>
      </w:r>
      <w:proofErr w:type="gramEnd"/>
      <w:r w:rsidR="00722282">
        <w:t xml:space="preserve"> and </w:t>
      </w:r>
      <w:proofErr w:type="gramStart"/>
      <w:r w:rsidR="00722282">
        <w:t>girls</w:t>
      </w:r>
      <w:proofErr w:type="gramEnd"/>
      <w:r w:rsidR="00722282">
        <w:t xml:space="preserve"> </w:t>
      </w:r>
      <w:r>
        <w:t>equality, non-discrimination, accountability, Do No Harm, and respect for the rights and dignity of affected populations;</w:t>
      </w:r>
    </w:p>
    <w:p w14:paraId="080BA995" w14:textId="77777777" w:rsidR="00961333" w:rsidRDefault="00C85E30">
      <w:pPr>
        <w:pStyle w:val="ListBullet"/>
        <w:ind w:left="340"/>
      </w:pPr>
      <w:r>
        <w:t>commits to safeguarding and prevention of sexual exploitation, abuse and harassment (PSEAH), and will cooperate with applicable CARE safeguarding/PSEA assessment and agreed risk-mitigation or capacity-strengthening measures;</w:t>
      </w:r>
    </w:p>
    <w:p w14:paraId="42756051" w14:textId="77777777" w:rsidR="00961333" w:rsidRDefault="00C85E30">
      <w:pPr>
        <w:pStyle w:val="ListBullet"/>
        <w:ind w:left="340"/>
      </w:pPr>
      <w:r>
        <w:t>will disclose actual or potential conflicts of interest and relevant relationships with public officials or Politically Exposed Persons (PEPs), understanding that disclosure does not automatically result in exclusion;</w:t>
      </w:r>
    </w:p>
    <w:p w14:paraId="2BFCDD31" w14:textId="77777777" w:rsidR="00961333" w:rsidRDefault="00C85E30">
      <w:pPr>
        <w:pStyle w:val="ListBullet"/>
        <w:ind w:left="340"/>
      </w:pPr>
      <w:r>
        <w:t>consents to applicable CARE sanctions, terrorism and restricted-party screening and will provide additional information reasonably required for such screening during eligibility review and subsequent verification;</w:t>
      </w:r>
    </w:p>
    <w:p w14:paraId="1EBE6B82" w14:textId="77777777" w:rsidR="00961333" w:rsidRDefault="00C85E30">
      <w:pPr>
        <w:pStyle w:val="ListBullet"/>
        <w:ind w:left="340"/>
      </w:pPr>
      <w:r>
        <w:t>will participate in CARE’s proportionate Due Diligence Assessment if shortlisted and will provide materially relevant supporting information reasonably requested;</w:t>
      </w:r>
    </w:p>
    <w:p w14:paraId="0A2F1161" w14:textId="77777777" w:rsidR="00961333" w:rsidRDefault="00C85E30">
      <w:pPr>
        <w:pStyle w:val="ListBullet"/>
        <w:ind w:left="340"/>
      </w:pPr>
      <w:r>
        <w:t>confirms that the information and documents submitted in this EOI are, to the best of the organization’s knowledge, complete and materially accurate, and that CARE may verify material information through references and other appropriate checks.</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5095"/>
        <w:gridCol w:w="5095"/>
      </w:tblGrid>
      <w:tr w:rsidR="00961333" w14:paraId="28C47A0E"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4ABA5DBA" w14:textId="77777777" w:rsidR="00961333" w:rsidRDefault="00C85E30">
            <w:pPr>
              <w:keepNext/>
              <w:spacing w:before="40" w:after="60" w:line="240" w:lineRule="auto"/>
            </w:pPr>
            <w:r>
              <w:rPr>
                <w:sz w:val="18"/>
              </w:rPr>
              <w:lastRenderedPageBreak/>
              <w:t>Organization</w:t>
            </w:r>
          </w:p>
        </w:tc>
        <w:tc>
          <w:tcPr>
            <w:tcW w:w="5100" w:type="dxa"/>
            <w:shd w:val="clear" w:color="auto" w:fill="FFFFFF"/>
            <w:tcMar>
              <w:top w:w="70" w:type="dxa"/>
              <w:left w:w="70" w:type="dxa"/>
              <w:bottom w:w="70" w:type="dxa"/>
              <w:right w:w="70" w:type="dxa"/>
            </w:tcMar>
            <w:vAlign w:val="center"/>
          </w:tcPr>
          <w:p w14:paraId="6AAA77D8" w14:textId="77777777" w:rsidR="00961333" w:rsidRDefault="00C85E30">
            <w:pPr>
              <w:keepNext/>
              <w:spacing w:before="40" w:after="60" w:line="240" w:lineRule="auto"/>
            </w:pPr>
            <w:r>
              <w:rPr>
                <w:sz w:val="18"/>
              </w:rPr>
              <w:t>[Enter]</w:t>
            </w:r>
          </w:p>
        </w:tc>
      </w:tr>
      <w:tr w:rsidR="00961333" w14:paraId="030A6665"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148B23BC" w14:textId="77777777" w:rsidR="00961333" w:rsidRDefault="00C85E30">
            <w:pPr>
              <w:keepNext/>
              <w:spacing w:before="40" w:after="60" w:line="240" w:lineRule="auto"/>
            </w:pPr>
            <w:r>
              <w:rPr>
                <w:sz w:val="18"/>
              </w:rPr>
              <w:t>Name of authorized representative</w:t>
            </w:r>
          </w:p>
        </w:tc>
        <w:tc>
          <w:tcPr>
            <w:tcW w:w="5100" w:type="dxa"/>
            <w:shd w:val="clear" w:color="auto" w:fill="FFFFFF"/>
            <w:tcMar>
              <w:top w:w="70" w:type="dxa"/>
              <w:left w:w="70" w:type="dxa"/>
              <w:bottom w:w="70" w:type="dxa"/>
              <w:right w:w="70" w:type="dxa"/>
            </w:tcMar>
            <w:vAlign w:val="center"/>
          </w:tcPr>
          <w:p w14:paraId="38E6A310" w14:textId="77777777" w:rsidR="00961333" w:rsidRDefault="00C85E30">
            <w:pPr>
              <w:keepNext/>
              <w:spacing w:before="40" w:after="60" w:line="240" w:lineRule="auto"/>
            </w:pPr>
            <w:r>
              <w:rPr>
                <w:sz w:val="18"/>
              </w:rPr>
              <w:t>[Enter]</w:t>
            </w:r>
          </w:p>
        </w:tc>
      </w:tr>
      <w:tr w:rsidR="00961333" w14:paraId="66091FDD"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4106F267" w14:textId="77777777" w:rsidR="00961333" w:rsidRDefault="00C85E30">
            <w:pPr>
              <w:keepNext/>
              <w:spacing w:before="40" w:after="60" w:line="240" w:lineRule="auto"/>
            </w:pPr>
            <w:r>
              <w:rPr>
                <w:sz w:val="18"/>
              </w:rPr>
              <w:t>Title</w:t>
            </w:r>
          </w:p>
        </w:tc>
        <w:tc>
          <w:tcPr>
            <w:tcW w:w="5100" w:type="dxa"/>
            <w:shd w:val="clear" w:color="auto" w:fill="FFFFFF"/>
            <w:tcMar>
              <w:top w:w="70" w:type="dxa"/>
              <w:left w:w="70" w:type="dxa"/>
              <w:bottom w:w="70" w:type="dxa"/>
              <w:right w:w="70" w:type="dxa"/>
            </w:tcMar>
            <w:vAlign w:val="center"/>
          </w:tcPr>
          <w:p w14:paraId="428E3EB9" w14:textId="77777777" w:rsidR="00961333" w:rsidRDefault="00C85E30">
            <w:pPr>
              <w:keepNext/>
              <w:spacing w:before="40" w:after="60" w:line="240" w:lineRule="auto"/>
            </w:pPr>
            <w:r>
              <w:rPr>
                <w:sz w:val="18"/>
              </w:rPr>
              <w:t>[Enter]</w:t>
            </w:r>
          </w:p>
        </w:tc>
      </w:tr>
      <w:tr w:rsidR="00961333" w14:paraId="50F09B49"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07184744" w14:textId="77777777" w:rsidR="00961333" w:rsidRDefault="00C85E30">
            <w:pPr>
              <w:keepNext/>
              <w:spacing w:before="40" w:after="60" w:line="240" w:lineRule="auto"/>
            </w:pPr>
            <w:r>
              <w:rPr>
                <w:sz w:val="18"/>
              </w:rPr>
              <w:t>Signature</w:t>
            </w:r>
          </w:p>
        </w:tc>
        <w:tc>
          <w:tcPr>
            <w:tcW w:w="5100" w:type="dxa"/>
            <w:shd w:val="clear" w:color="auto" w:fill="FFFFFF"/>
            <w:tcMar>
              <w:top w:w="70" w:type="dxa"/>
              <w:left w:w="70" w:type="dxa"/>
              <w:bottom w:w="70" w:type="dxa"/>
              <w:right w:w="70" w:type="dxa"/>
            </w:tcMar>
            <w:vAlign w:val="center"/>
          </w:tcPr>
          <w:p w14:paraId="4972B759" w14:textId="77777777" w:rsidR="00961333" w:rsidRDefault="00C85E30">
            <w:pPr>
              <w:keepNext/>
              <w:spacing w:before="40" w:after="60" w:line="240" w:lineRule="auto"/>
            </w:pPr>
            <w:r>
              <w:rPr>
                <w:sz w:val="18"/>
              </w:rPr>
              <w:t>[Sign / electronic signature]</w:t>
            </w:r>
          </w:p>
        </w:tc>
      </w:tr>
      <w:tr w:rsidR="00961333" w14:paraId="5AAC8879" w14:textId="77777777" w:rsidTr="009323E4">
        <w:trPr>
          <w:cantSplit/>
          <w:jc w:val="center"/>
        </w:trPr>
        <w:tc>
          <w:tcPr>
            <w:tcW w:w="5100" w:type="dxa"/>
            <w:shd w:val="clear" w:color="auto" w:fill="FDE9D9" w:themeFill="accent6" w:themeFillTint="33"/>
            <w:tcMar>
              <w:top w:w="70" w:type="dxa"/>
              <w:left w:w="70" w:type="dxa"/>
              <w:bottom w:w="70" w:type="dxa"/>
              <w:right w:w="70" w:type="dxa"/>
            </w:tcMar>
            <w:vAlign w:val="center"/>
          </w:tcPr>
          <w:p w14:paraId="39822413" w14:textId="77777777" w:rsidR="00961333" w:rsidRDefault="00C85E30">
            <w:pPr>
              <w:spacing w:before="40" w:after="60" w:line="240" w:lineRule="auto"/>
            </w:pPr>
            <w:r>
              <w:rPr>
                <w:sz w:val="18"/>
              </w:rPr>
              <w:t>Date</w:t>
            </w:r>
          </w:p>
        </w:tc>
        <w:tc>
          <w:tcPr>
            <w:tcW w:w="5100" w:type="dxa"/>
            <w:shd w:val="clear" w:color="auto" w:fill="FFFFFF"/>
            <w:tcMar>
              <w:top w:w="70" w:type="dxa"/>
              <w:left w:w="70" w:type="dxa"/>
              <w:bottom w:w="70" w:type="dxa"/>
              <w:right w:w="70" w:type="dxa"/>
            </w:tcMar>
            <w:vAlign w:val="center"/>
          </w:tcPr>
          <w:p w14:paraId="50AEBD99" w14:textId="77777777" w:rsidR="00961333" w:rsidRDefault="00C85E30">
            <w:pPr>
              <w:spacing w:before="40" w:after="60" w:line="240" w:lineRule="auto"/>
            </w:pPr>
            <w:r>
              <w:rPr>
                <w:sz w:val="18"/>
              </w:rPr>
              <w:t>[DD.MM.YYYY]</w:t>
            </w:r>
          </w:p>
        </w:tc>
      </w:tr>
    </w:tbl>
    <w:p w14:paraId="27FC6765" w14:textId="77777777" w:rsidR="00961333" w:rsidRPr="009323E4" w:rsidRDefault="00C85E30">
      <w:pPr>
        <w:pStyle w:val="Heading1"/>
        <w:rPr>
          <w:color w:val="F79646" w:themeColor="accent6"/>
        </w:rPr>
      </w:pPr>
      <w:r w:rsidRPr="009323E4">
        <w:rPr>
          <w:rFonts w:ascii="Arial" w:hAnsi="Arial"/>
          <w:color w:val="F79646" w:themeColor="accent6"/>
        </w:rPr>
        <w:t>17. Applicant Final Self-Check Before Submission</w:t>
      </w:r>
    </w:p>
    <w:tbl>
      <w:tblPr>
        <w:tblStyle w:val="GridTable4-Accent6"/>
        <w:tblW w:w="0" w:type="auto"/>
        <w:tblLook w:val="04A0" w:firstRow="1" w:lastRow="0" w:firstColumn="1" w:lastColumn="0" w:noHBand="0" w:noVBand="1"/>
      </w:tblPr>
      <w:tblGrid>
        <w:gridCol w:w="3398"/>
        <w:gridCol w:w="3396"/>
        <w:gridCol w:w="3396"/>
      </w:tblGrid>
      <w:tr w:rsidR="00961333" w14:paraId="0F313DF6" w14:textId="77777777" w:rsidTr="009323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19175494" w14:textId="77777777" w:rsidR="00961333" w:rsidRDefault="00C85E30">
            <w:pPr>
              <w:spacing w:before="40" w:after="60" w:line="240" w:lineRule="auto"/>
            </w:pPr>
            <w:r>
              <w:rPr>
                <w:color w:val="FFFFFF"/>
                <w:sz w:val="18"/>
              </w:rPr>
              <w:t>Check</w:t>
            </w:r>
          </w:p>
        </w:tc>
        <w:tc>
          <w:tcPr>
            <w:tcW w:w="3400" w:type="dxa"/>
          </w:tcPr>
          <w:p w14:paraId="2F145ECD"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Applicant confirmation</w:t>
            </w:r>
          </w:p>
        </w:tc>
        <w:tc>
          <w:tcPr>
            <w:tcW w:w="3400" w:type="dxa"/>
          </w:tcPr>
          <w:p w14:paraId="3B859851" w14:textId="77777777" w:rsidR="00961333" w:rsidRDefault="00C85E30">
            <w:pPr>
              <w:spacing w:before="40" w:after="60" w:line="240" w:lineRule="auto"/>
              <w:cnfStyle w:val="100000000000" w:firstRow="1" w:lastRow="0" w:firstColumn="0" w:lastColumn="0" w:oddVBand="0" w:evenVBand="0" w:oddHBand="0" w:evenHBand="0" w:firstRowFirstColumn="0" w:firstRowLastColumn="0" w:lastRowFirstColumn="0" w:lastRowLastColumn="0"/>
            </w:pPr>
            <w:r>
              <w:rPr>
                <w:color w:val="FFFFFF"/>
                <w:sz w:val="18"/>
              </w:rPr>
              <w:t>CARE relevance</w:t>
            </w:r>
          </w:p>
        </w:tc>
      </w:tr>
      <w:tr w:rsidR="00961333" w14:paraId="7F539DE2"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6F22B45F" w14:textId="29558F79" w:rsidR="00961333" w:rsidRPr="009323E4" w:rsidRDefault="00C85E30">
            <w:pPr>
              <w:spacing w:before="40" w:after="60" w:line="240" w:lineRule="auto"/>
              <w:rPr>
                <w:b w:val="0"/>
                <w:bCs w:val="0"/>
              </w:rPr>
            </w:pPr>
            <w:r w:rsidRPr="00BF1335">
              <w:rPr>
                <w:sz w:val="18"/>
              </w:rPr>
              <w:t>I used Annex 1 as the application template and did not substitute another proposal format.</w:t>
            </w:r>
          </w:p>
        </w:tc>
        <w:tc>
          <w:tcPr>
            <w:tcW w:w="3400" w:type="dxa"/>
          </w:tcPr>
          <w:p w14:paraId="216E8E95"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2960BD87"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Application compliance</w:t>
            </w:r>
          </w:p>
        </w:tc>
      </w:tr>
      <w:tr w:rsidR="00961333" w14:paraId="0257718A"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45DCEFFF" w14:textId="77777777" w:rsidR="00961333" w:rsidRPr="009323E4" w:rsidRDefault="00C85E30">
            <w:pPr>
              <w:spacing w:before="40" w:after="60" w:line="240" w:lineRule="auto"/>
              <w:rPr>
                <w:b w:val="0"/>
                <w:bCs w:val="0"/>
              </w:rPr>
            </w:pPr>
            <w:r w:rsidRPr="00BF1335">
              <w:rPr>
                <w:sz w:val="18"/>
              </w:rPr>
              <w:t>EOI Letter is no more than 2 pages.</w:t>
            </w:r>
          </w:p>
        </w:tc>
        <w:tc>
          <w:tcPr>
            <w:tcW w:w="3400" w:type="dxa"/>
          </w:tcPr>
          <w:p w14:paraId="47EFDE1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58279A4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Formatting compliance</w:t>
            </w:r>
          </w:p>
        </w:tc>
      </w:tr>
      <w:tr w:rsidR="00961333" w14:paraId="6711CC55"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6FAB6E62" w14:textId="77777777" w:rsidR="00961333" w:rsidRPr="009323E4" w:rsidRDefault="00C85E30">
            <w:pPr>
              <w:spacing w:before="40" w:after="60" w:line="240" w:lineRule="auto"/>
              <w:rPr>
                <w:b w:val="0"/>
                <w:bCs w:val="0"/>
              </w:rPr>
            </w:pPr>
            <w:r w:rsidRPr="00BF1335">
              <w:rPr>
                <w:sz w:val="18"/>
              </w:rPr>
              <w:t>I selected only thematic areas for which the organization can demonstrate relevant experience.</w:t>
            </w:r>
          </w:p>
        </w:tc>
        <w:tc>
          <w:tcPr>
            <w:tcW w:w="3400" w:type="dxa"/>
          </w:tcPr>
          <w:p w14:paraId="1EB688B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5BA86AB0"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Technical credibility</w:t>
            </w:r>
          </w:p>
        </w:tc>
      </w:tr>
      <w:tr w:rsidR="00961333" w14:paraId="259599B6"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30D8D663" w14:textId="77777777" w:rsidR="00961333" w:rsidRPr="009323E4" w:rsidRDefault="00C85E30">
            <w:pPr>
              <w:spacing w:before="40" w:after="60" w:line="240" w:lineRule="auto"/>
              <w:rPr>
                <w:b w:val="0"/>
                <w:bCs w:val="0"/>
              </w:rPr>
            </w:pPr>
            <w:r w:rsidRPr="00BF1335">
              <w:rPr>
                <w:sz w:val="18"/>
              </w:rPr>
              <w:t>If Climate Resilience and Adaptation is selected, I completed the relevant thematic evidence and referenced climate-specific experience.</w:t>
            </w:r>
          </w:p>
        </w:tc>
        <w:tc>
          <w:tcPr>
            <w:tcW w:w="3400" w:type="dxa"/>
          </w:tcPr>
          <w:p w14:paraId="09A550F6"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261F9B4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Climate sector verification</w:t>
            </w:r>
          </w:p>
        </w:tc>
      </w:tr>
      <w:tr w:rsidR="00961333" w14:paraId="2008E5A4"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7736B28E" w14:textId="77777777" w:rsidR="00961333" w:rsidRPr="009323E4" w:rsidRDefault="00C85E30">
            <w:pPr>
              <w:spacing w:before="40" w:after="60" w:line="240" w:lineRule="auto"/>
              <w:rPr>
                <w:b w:val="0"/>
                <w:bCs w:val="0"/>
              </w:rPr>
            </w:pPr>
            <w:r w:rsidRPr="00BF1335">
              <w:rPr>
                <w:sz w:val="18"/>
              </w:rPr>
              <w:t>I provided no more than three detailed priority thematic narratives.</w:t>
            </w:r>
          </w:p>
        </w:tc>
        <w:tc>
          <w:tcPr>
            <w:tcW w:w="3400" w:type="dxa"/>
          </w:tcPr>
          <w:p w14:paraId="086CF0D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565F45E2"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Stage 2 assessment</w:t>
            </w:r>
          </w:p>
        </w:tc>
      </w:tr>
      <w:tr w:rsidR="00961333" w14:paraId="699B88C6"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105E85B2" w14:textId="77777777" w:rsidR="00961333" w:rsidRPr="009323E4" w:rsidRDefault="00C85E30">
            <w:pPr>
              <w:spacing w:before="40" w:after="60" w:line="240" w:lineRule="auto"/>
              <w:rPr>
                <w:b w:val="0"/>
                <w:bCs w:val="0"/>
              </w:rPr>
            </w:pPr>
            <w:r w:rsidRPr="00BF1335">
              <w:rPr>
                <w:sz w:val="18"/>
              </w:rPr>
              <w:t>I listed no more than 10 relevant projects.</w:t>
            </w:r>
          </w:p>
        </w:tc>
        <w:tc>
          <w:tcPr>
            <w:tcW w:w="3400" w:type="dxa"/>
          </w:tcPr>
          <w:p w14:paraId="153BAB39"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2D246DF8"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Experience verification</w:t>
            </w:r>
          </w:p>
        </w:tc>
      </w:tr>
      <w:tr w:rsidR="00961333" w14:paraId="7AE1488E"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0EDB114A" w14:textId="6CC78DDE" w:rsidR="00961333" w:rsidRPr="009323E4" w:rsidRDefault="00C85E30">
            <w:pPr>
              <w:spacing w:before="40" w:after="60" w:line="240" w:lineRule="auto"/>
              <w:rPr>
                <w:b w:val="0"/>
                <w:bCs w:val="0"/>
              </w:rPr>
            </w:pPr>
            <w:r w:rsidRPr="00BF1335">
              <w:rPr>
                <w:sz w:val="18"/>
              </w:rPr>
              <w:t xml:space="preserve">I completed the </w:t>
            </w:r>
            <w:r w:rsidR="00BF1335">
              <w:rPr>
                <w:b w:val="0"/>
                <w:bCs w:val="0"/>
                <w:sz w:val="18"/>
              </w:rPr>
              <w:t>“</w:t>
            </w:r>
            <w:r w:rsidRPr="00BF1335">
              <w:rPr>
                <w:sz w:val="18"/>
              </w:rPr>
              <w:t>Do No Harm</w:t>
            </w:r>
            <w:r w:rsidR="00BF1335">
              <w:rPr>
                <w:b w:val="0"/>
                <w:bCs w:val="0"/>
                <w:sz w:val="18"/>
              </w:rPr>
              <w:t>”</w:t>
            </w:r>
            <w:r w:rsidRPr="00BF1335">
              <w:rPr>
                <w:sz w:val="18"/>
              </w:rPr>
              <w:t>, safeguarding/PSEAH, integrity and screening questions.</w:t>
            </w:r>
          </w:p>
        </w:tc>
        <w:tc>
          <w:tcPr>
            <w:tcW w:w="3400" w:type="dxa"/>
          </w:tcPr>
          <w:p w14:paraId="0532F2F1"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0E9EBDB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Stage 1 screening</w:t>
            </w:r>
          </w:p>
        </w:tc>
      </w:tr>
      <w:tr w:rsidR="00961333" w14:paraId="7A121101"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2FA9746F" w14:textId="77777777" w:rsidR="00961333" w:rsidRPr="009323E4" w:rsidRDefault="00C85E30">
            <w:pPr>
              <w:spacing w:before="40" w:after="60" w:line="240" w:lineRule="auto"/>
              <w:rPr>
                <w:b w:val="0"/>
                <w:bCs w:val="0"/>
              </w:rPr>
            </w:pPr>
            <w:r w:rsidRPr="00BF1335">
              <w:rPr>
                <w:sz w:val="18"/>
              </w:rPr>
              <w:t>I provided exactly two institutional references.</w:t>
            </w:r>
          </w:p>
        </w:tc>
        <w:tc>
          <w:tcPr>
            <w:tcW w:w="3400" w:type="dxa"/>
          </w:tcPr>
          <w:p w14:paraId="12E4A21D"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682BF991"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Reference verification</w:t>
            </w:r>
          </w:p>
        </w:tc>
      </w:tr>
      <w:tr w:rsidR="00961333" w14:paraId="50C32425"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222351B2" w14:textId="77777777" w:rsidR="00961333" w:rsidRPr="009323E4" w:rsidRDefault="00C85E30">
            <w:pPr>
              <w:spacing w:before="40" w:after="60" w:line="240" w:lineRule="auto"/>
              <w:rPr>
                <w:b w:val="0"/>
                <w:bCs w:val="0"/>
              </w:rPr>
            </w:pPr>
            <w:r w:rsidRPr="00BF1335">
              <w:rPr>
                <w:sz w:val="18"/>
              </w:rPr>
              <w:t>All mandatory attachments are included and clearly named.</w:t>
            </w:r>
          </w:p>
        </w:tc>
        <w:tc>
          <w:tcPr>
            <w:tcW w:w="3400" w:type="dxa"/>
          </w:tcPr>
          <w:p w14:paraId="4001D6BB"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21979F33"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Completeness</w:t>
            </w:r>
          </w:p>
        </w:tc>
      </w:tr>
      <w:tr w:rsidR="00961333" w14:paraId="30C16489"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694E7741" w14:textId="77777777" w:rsidR="00961333" w:rsidRPr="009323E4" w:rsidRDefault="00C85E30">
            <w:pPr>
              <w:spacing w:before="40" w:after="60" w:line="240" w:lineRule="auto"/>
              <w:rPr>
                <w:b w:val="0"/>
                <w:bCs w:val="0"/>
              </w:rPr>
            </w:pPr>
            <w:r w:rsidRPr="00BF1335">
              <w:rPr>
                <w:sz w:val="18"/>
              </w:rPr>
              <w:t>Sensitive information has been appropriately redacted and unnecessary personal data has not been submitted.</w:t>
            </w:r>
          </w:p>
        </w:tc>
        <w:tc>
          <w:tcPr>
            <w:tcW w:w="3400" w:type="dxa"/>
          </w:tcPr>
          <w:p w14:paraId="0241F453"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3746C35C"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Data protection</w:t>
            </w:r>
          </w:p>
        </w:tc>
      </w:tr>
      <w:tr w:rsidR="00961333" w14:paraId="6AAA49A3" w14:textId="77777777" w:rsidTr="00932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tcPr>
          <w:p w14:paraId="063AAA86" w14:textId="77777777" w:rsidR="00961333" w:rsidRPr="009323E4" w:rsidRDefault="00C85E30">
            <w:pPr>
              <w:spacing w:before="40" w:after="60" w:line="240" w:lineRule="auto"/>
              <w:rPr>
                <w:b w:val="0"/>
                <w:bCs w:val="0"/>
              </w:rPr>
            </w:pPr>
            <w:r w:rsidRPr="00BF1335">
              <w:rPr>
                <w:sz w:val="18"/>
              </w:rPr>
              <w:t>The Eligibility and Integrity Declaration is signed by an authorized representative.</w:t>
            </w:r>
          </w:p>
        </w:tc>
        <w:tc>
          <w:tcPr>
            <w:tcW w:w="3400" w:type="dxa"/>
          </w:tcPr>
          <w:p w14:paraId="13AC867D"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5CB0188A" w14:textId="77777777" w:rsidR="00961333" w:rsidRDefault="00C85E30">
            <w:pPr>
              <w:spacing w:before="40" w:after="60" w:line="240" w:lineRule="auto"/>
              <w:cnfStyle w:val="000000100000" w:firstRow="0" w:lastRow="0" w:firstColumn="0" w:lastColumn="0" w:oddVBand="0" w:evenVBand="0" w:oddHBand="1" w:evenHBand="0" w:firstRowFirstColumn="0" w:firstRowLastColumn="0" w:lastRowFirstColumn="0" w:lastRowLastColumn="0"/>
            </w:pPr>
            <w:r>
              <w:rPr>
                <w:sz w:val="18"/>
              </w:rPr>
              <w:t>Authorization / accuracy</w:t>
            </w:r>
          </w:p>
        </w:tc>
      </w:tr>
      <w:tr w:rsidR="00961333" w14:paraId="5FBC3EA8" w14:textId="77777777" w:rsidTr="009323E4">
        <w:tc>
          <w:tcPr>
            <w:cnfStyle w:val="001000000000" w:firstRow="0" w:lastRow="0" w:firstColumn="1" w:lastColumn="0" w:oddVBand="0" w:evenVBand="0" w:oddHBand="0" w:evenHBand="0" w:firstRowFirstColumn="0" w:firstRowLastColumn="0" w:lastRowFirstColumn="0" w:lastRowLastColumn="0"/>
            <w:tcW w:w="3400" w:type="dxa"/>
          </w:tcPr>
          <w:p w14:paraId="21D7D473" w14:textId="77777777" w:rsidR="00961333" w:rsidRPr="009323E4" w:rsidRDefault="00C85E30">
            <w:pPr>
              <w:spacing w:before="40" w:after="60" w:line="240" w:lineRule="auto"/>
              <w:rPr>
                <w:b w:val="0"/>
                <w:bCs w:val="0"/>
              </w:rPr>
            </w:pPr>
            <w:r w:rsidRPr="00BF1335">
              <w:rPr>
                <w:sz w:val="18"/>
              </w:rPr>
              <w:t>The application was converted to PDF and will be emailed using the required subject line before the deadline.</w:t>
            </w:r>
          </w:p>
        </w:tc>
        <w:tc>
          <w:tcPr>
            <w:tcW w:w="3400" w:type="dxa"/>
          </w:tcPr>
          <w:p w14:paraId="6FFDF845"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sz w:val="18"/>
              </w:rPr>
              <w:t>☐</w:t>
            </w:r>
            <w:r>
              <w:rPr>
                <w:sz w:val="18"/>
              </w:rPr>
              <w:t xml:space="preserve"> Confirmed</w:t>
            </w:r>
          </w:p>
        </w:tc>
        <w:tc>
          <w:tcPr>
            <w:tcW w:w="3400" w:type="dxa"/>
          </w:tcPr>
          <w:p w14:paraId="7D2A6D9E" w14:textId="77777777" w:rsidR="00961333" w:rsidRDefault="00C85E30">
            <w:pPr>
              <w:spacing w:before="40" w:after="60" w:line="240" w:lineRule="auto"/>
              <w:cnfStyle w:val="000000000000" w:firstRow="0" w:lastRow="0" w:firstColumn="0" w:lastColumn="0" w:oddVBand="0" w:evenVBand="0" w:oddHBand="0" w:evenHBand="0" w:firstRowFirstColumn="0" w:firstRowLastColumn="0" w:lastRowFirstColumn="0" w:lastRowLastColumn="0"/>
            </w:pPr>
            <w:r>
              <w:rPr>
                <w:sz w:val="18"/>
              </w:rPr>
              <w:t>Submission compliance</w:t>
            </w:r>
          </w:p>
        </w:tc>
      </w:tr>
    </w:tbl>
    <w:p w14:paraId="53BCA166" w14:textId="77777777" w:rsidR="00961333" w:rsidRPr="009323E4" w:rsidRDefault="00C85E30">
      <w:pPr>
        <w:pStyle w:val="Heading1"/>
        <w:rPr>
          <w:color w:val="F79646" w:themeColor="accent6"/>
        </w:rPr>
      </w:pPr>
      <w:r w:rsidRPr="009323E4">
        <w:rPr>
          <w:rFonts w:ascii="Arial" w:hAnsi="Arial"/>
          <w:color w:val="F79646" w:themeColor="accent6"/>
        </w:rPr>
        <w:lastRenderedPageBreak/>
        <w:t>18. CARE Iraq Verification Note</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0190"/>
      </w:tblGrid>
      <w:tr w:rsidR="00961333" w14:paraId="459E2101" w14:textId="77777777" w:rsidTr="009323E4">
        <w:trPr>
          <w:cantSplit/>
          <w:jc w:val="center"/>
        </w:trPr>
        <w:tc>
          <w:tcPr>
            <w:tcW w:w="10200" w:type="dxa"/>
            <w:shd w:val="clear" w:color="auto" w:fill="FDE9D9" w:themeFill="accent6" w:themeFillTint="33"/>
            <w:tcMar>
              <w:top w:w="120" w:type="dxa"/>
              <w:left w:w="120" w:type="dxa"/>
              <w:bottom w:w="120" w:type="dxa"/>
              <w:right w:w="120" w:type="dxa"/>
            </w:tcMar>
          </w:tcPr>
          <w:p w14:paraId="0688B541" w14:textId="77777777" w:rsidR="00961333" w:rsidRDefault="00C85E30">
            <w:pPr>
              <w:spacing w:before="40" w:after="60" w:line="240" w:lineRule="auto"/>
            </w:pPr>
            <w:r w:rsidRPr="009323E4">
              <w:rPr>
                <w:b/>
                <w:color w:val="F79646" w:themeColor="accent6"/>
              </w:rPr>
              <w:t>What applicants should expect</w:t>
            </w:r>
            <w:r>
              <w:rPr>
                <w:b/>
                <w:color w:val="1F4E78"/>
              </w:rPr>
              <w:br/>
            </w:r>
            <w:r>
              <w:t xml:space="preserve">CARE Iraq will verify material information through document review, clarification where necessary, institutional reference checks, required screening, safeguarding assessment and proportionate due diligence before roster inclusion is confirmed. Submission of a document does </w:t>
            </w:r>
            <w:proofErr w:type="gramStart"/>
            <w:r>
              <w:t>not by</w:t>
            </w:r>
            <w:proofErr w:type="gramEnd"/>
            <w:r>
              <w:t xml:space="preserve"> </w:t>
            </w:r>
            <w:proofErr w:type="gramStart"/>
            <w:r>
              <w:t>itself guarantee</w:t>
            </w:r>
            <w:proofErr w:type="gramEnd"/>
            <w:r>
              <w:t xml:space="preserve"> a positive assessment; CARE will consider the credibility, relevance and consistency of the evidence. Capacity gaps may be addressed through risk mitigation or capacity strengthening where appropriate and permitted by CARE/donor requirements.</w:t>
            </w:r>
          </w:p>
        </w:tc>
      </w:tr>
    </w:tbl>
    <w:p w14:paraId="5E650B83" w14:textId="77777777" w:rsidR="00961333" w:rsidRDefault="00961333"/>
    <w:sectPr w:rsidR="00961333" w:rsidSect="00034616">
      <w:headerReference w:type="default" r:id="rId11"/>
      <w:footerReference w:type="default" r:id="rId12"/>
      <w:pgSz w:w="12240" w:h="15840"/>
      <w:pgMar w:top="1020" w:right="1020" w:bottom="964"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63A5D" w14:textId="77777777" w:rsidR="00B742A5" w:rsidRDefault="00B742A5">
      <w:pPr>
        <w:spacing w:after="0" w:line="240" w:lineRule="auto"/>
      </w:pPr>
      <w:r>
        <w:separator/>
      </w:r>
    </w:p>
  </w:endnote>
  <w:endnote w:type="continuationSeparator" w:id="0">
    <w:p w14:paraId="72A8AC96" w14:textId="77777777" w:rsidR="00B742A5" w:rsidRDefault="00B74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9C385" w14:textId="7D4ACA88" w:rsidR="00961333" w:rsidRDefault="00C85E30">
    <w:pPr>
      <w:pStyle w:val="Footer"/>
      <w:jc w:val="right"/>
    </w:pPr>
    <w:r>
      <w:rPr>
        <w:color w:val="646464"/>
        <w:sz w:val="16"/>
      </w:rPr>
      <w:t xml:space="preserve">CARE Iraq - Call for Partnership 2027-2030 | </w:t>
    </w:r>
    <w:r>
      <w:t xml:space="preserve">Page </w:t>
    </w:r>
    <w:r>
      <w:fldChar w:fldCharType="begin"/>
    </w:r>
    <w:r>
      <w:instrText xml:space="preserve"> PAGE </w:instrText>
    </w:r>
    <w:r>
      <w:fldChar w:fldCharType="separate"/>
    </w:r>
    <w:r w:rsidR="00CE133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799D4" w14:textId="77777777" w:rsidR="00B742A5" w:rsidRDefault="00B742A5">
      <w:pPr>
        <w:spacing w:after="0" w:line="240" w:lineRule="auto"/>
      </w:pPr>
      <w:r>
        <w:separator/>
      </w:r>
    </w:p>
  </w:footnote>
  <w:footnote w:type="continuationSeparator" w:id="0">
    <w:p w14:paraId="5E3B23DA" w14:textId="77777777" w:rsidR="00B742A5" w:rsidRDefault="00B742A5">
      <w:pPr>
        <w:spacing w:after="0" w:line="240" w:lineRule="auto"/>
      </w:pPr>
      <w:r>
        <w:continuationSeparator/>
      </w:r>
    </w:p>
  </w:footnote>
  <w:footnote w:id="1">
    <w:p w14:paraId="747206C8" w14:textId="17979D31" w:rsidR="006D3CB6" w:rsidRDefault="006D3CB6" w:rsidP="00D94627">
      <w:pPr>
        <w:pStyle w:val="FootnoteText"/>
      </w:pPr>
      <w:r>
        <w:rPr>
          <w:rStyle w:val="FootnoteReference"/>
        </w:rPr>
        <w:footnoteRef/>
      </w:r>
      <w:r>
        <w:t>List registration or authorization relevant to your operating locations. Registration in both Federal Iraq and KRI is not required solely for this application.</w:t>
      </w:r>
    </w:p>
  </w:footnote>
  <w:footnote w:id="2">
    <w:p w14:paraId="375A3C64" w14:textId="7FE903A8" w:rsidR="006D3CB6" w:rsidRDefault="006D3CB6" w:rsidP="00D94627">
      <w:pPr>
        <w:pStyle w:val="FootnoteText"/>
      </w:pPr>
      <w:r>
        <w:rPr>
          <w:rStyle w:val="FootnoteReference"/>
        </w:rPr>
        <w:footnoteRef/>
      </w:r>
      <w:r>
        <w:t>List registration or authorization relevant to your operating locations. Registration in both Federal Iraq and KRI is not required solely for this application.</w:t>
      </w:r>
    </w:p>
    <w:p w14:paraId="1D675C2C" w14:textId="6A59087C" w:rsidR="006D3CB6" w:rsidRDefault="006D3CB6" w:rsidP="006D3CB6">
      <w:pPr>
        <w:pStyle w:val="FootnoteText"/>
      </w:pPr>
    </w:p>
  </w:footnote>
  <w:footnote w:id="3">
    <w:p w14:paraId="348FC290" w14:textId="7F06E6D3" w:rsidR="005E3B5F" w:rsidRDefault="005E3B5F">
      <w:pPr>
        <w:pStyle w:val="FootnoteText"/>
      </w:pPr>
      <w:r>
        <w:rPr>
          <w:rStyle w:val="FootnoteReference"/>
        </w:rPr>
        <w:footnoteRef/>
      </w:r>
      <w:r>
        <w:t xml:space="preserve"> Please feel free to add more rows to fully cover your geographic presence and as requires.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FE286" w14:textId="0C03F28D" w:rsidR="00755C22" w:rsidRDefault="00755C22">
    <w:pPr>
      <w:pStyle w:val="Header"/>
    </w:pPr>
    <w:r>
      <w:rPr>
        <w:rStyle w:val="wacimagecontainer"/>
        <w:rFonts w:ascii="Segoe UI" w:hAnsi="Segoe UI" w:cs="Segoe UI"/>
        <w:noProof/>
        <w:color w:val="881798"/>
        <w:sz w:val="18"/>
        <w:szCs w:val="18"/>
        <w:u w:val="single"/>
        <w:shd w:val="clear" w:color="auto" w:fill="FFFFFF"/>
      </w:rPr>
      <w:drawing>
        <wp:anchor distT="0" distB="0" distL="114300" distR="114300" simplePos="0" relativeHeight="251658240" behindDoc="1" locked="0" layoutInCell="1" allowOverlap="1" wp14:anchorId="53B2FD8A" wp14:editId="5D3D76B7">
          <wp:simplePos x="0" y="0"/>
          <wp:positionH relativeFrom="margin">
            <wp:posOffset>27940</wp:posOffset>
          </wp:positionH>
          <wp:positionV relativeFrom="paragraph">
            <wp:posOffset>-295275</wp:posOffset>
          </wp:positionV>
          <wp:extent cx="564515" cy="552450"/>
          <wp:effectExtent l="0" t="0" r="6985" b="0"/>
          <wp:wrapTight wrapText="bothSides">
            <wp:wrapPolygon edited="0">
              <wp:start x="0" y="0"/>
              <wp:lineTo x="0" y="20855"/>
              <wp:lineTo x="21138" y="20855"/>
              <wp:lineTo x="21138" y="0"/>
              <wp:lineTo x="0" y="0"/>
            </wp:wrapPolygon>
          </wp:wrapTight>
          <wp:docPr id="1958621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515" cy="5524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C1A6A712"/>
    <w:lvl w:ilvl="0">
      <w:start w:val="1"/>
      <w:numFmt w:val="bullet"/>
      <w:pStyle w:val="ListBullet"/>
      <w:lvlText w:val=""/>
      <w:lvlJc w:val="left"/>
      <w:pPr>
        <w:tabs>
          <w:tab w:val="num" w:pos="360"/>
        </w:tabs>
        <w:ind w:left="360" w:hanging="360"/>
      </w:pPr>
      <w:rPr>
        <w:rFonts w:ascii="Symbol" w:hAnsi="Symbol" w:hint="default"/>
      </w:rPr>
    </w:lvl>
  </w:abstractNum>
  <w:num w:numId="1" w16cid:durableId="497885468">
    <w:abstractNumId w:val="8"/>
  </w:num>
  <w:num w:numId="2" w16cid:durableId="436678971">
    <w:abstractNumId w:val="6"/>
  </w:num>
  <w:num w:numId="3" w16cid:durableId="1475560902">
    <w:abstractNumId w:val="5"/>
  </w:num>
  <w:num w:numId="4" w16cid:durableId="871305115">
    <w:abstractNumId w:val="4"/>
  </w:num>
  <w:num w:numId="5" w16cid:durableId="1543832818">
    <w:abstractNumId w:val="7"/>
  </w:num>
  <w:num w:numId="6" w16cid:durableId="145972188">
    <w:abstractNumId w:val="3"/>
  </w:num>
  <w:num w:numId="7" w16cid:durableId="908534659">
    <w:abstractNumId w:val="2"/>
  </w:num>
  <w:num w:numId="8" w16cid:durableId="2012683908">
    <w:abstractNumId w:val="1"/>
  </w:num>
  <w:num w:numId="9" w16cid:durableId="663971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32E0"/>
    <w:rsid w:val="0006063C"/>
    <w:rsid w:val="000A061F"/>
    <w:rsid w:val="000E0A9B"/>
    <w:rsid w:val="000F67A2"/>
    <w:rsid w:val="00106A82"/>
    <w:rsid w:val="00142697"/>
    <w:rsid w:val="0015074B"/>
    <w:rsid w:val="00153347"/>
    <w:rsid w:val="001649C0"/>
    <w:rsid w:val="001F02DE"/>
    <w:rsid w:val="00205180"/>
    <w:rsid w:val="00231520"/>
    <w:rsid w:val="0027105D"/>
    <w:rsid w:val="002766A3"/>
    <w:rsid w:val="0029639D"/>
    <w:rsid w:val="002E09B8"/>
    <w:rsid w:val="00307464"/>
    <w:rsid w:val="00326F90"/>
    <w:rsid w:val="003659C2"/>
    <w:rsid w:val="003E3939"/>
    <w:rsid w:val="003F5311"/>
    <w:rsid w:val="004031CF"/>
    <w:rsid w:val="0042453E"/>
    <w:rsid w:val="0044005D"/>
    <w:rsid w:val="00455FFD"/>
    <w:rsid w:val="004659ED"/>
    <w:rsid w:val="00484C67"/>
    <w:rsid w:val="005459EA"/>
    <w:rsid w:val="00590ADE"/>
    <w:rsid w:val="005A0BDD"/>
    <w:rsid w:val="005E3B5F"/>
    <w:rsid w:val="00660DB0"/>
    <w:rsid w:val="00695DFA"/>
    <w:rsid w:val="00697F32"/>
    <w:rsid w:val="006A0F7D"/>
    <w:rsid w:val="006D3CB6"/>
    <w:rsid w:val="006D7522"/>
    <w:rsid w:val="00722282"/>
    <w:rsid w:val="007335E9"/>
    <w:rsid w:val="00751C03"/>
    <w:rsid w:val="00755C22"/>
    <w:rsid w:val="00797EDB"/>
    <w:rsid w:val="007A6B8F"/>
    <w:rsid w:val="00807ABD"/>
    <w:rsid w:val="008D5F61"/>
    <w:rsid w:val="00931136"/>
    <w:rsid w:val="009323E4"/>
    <w:rsid w:val="00944DFF"/>
    <w:rsid w:val="00961333"/>
    <w:rsid w:val="00964346"/>
    <w:rsid w:val="009A103B"/>
    <w:rsid w:val="009E4679"/>
    <w:rsid w:val="00AA1D8D"/>
    <w:rsid w:val="00AF59C9"/>
    <w:rsid w:val="00B47730"/>
    <w:rsid w:val="00B742A5"/>
    <w:rsid w:val="00BA1667"/>
    <w:rsid w:val="00BA3796"/>
    <w:rsid w:val="00BC3D90"/>
    <w:rsid w:val="00BF1335"/>
    <w:rsid w:val="00BF4DEF"/>
    <w:rsid w:val="00C74F51"/>
    <w:rsid w:val="00C85E30"/>
    <w:rsid w:val="00CB0664"/>
    <w:rsid w:val="00CE133A"/>
    <w:rsid w:val="00CE2AB3"/>
    <w:rsid w:val="00CF255D"/>
    <w:rsid w:val="00CF554D"/>
    <w:rsid w:val="00CF6CDD"/>
    <w:rsid w:val="00D47BAD"/>
    <w:rsid w:val="00D94627"/>
    <w:rsid w:val="00DB58B4"/>
    <w:rsid w:val="00DC5D5C"/>
    <w:rsid w:val="00DD0676"/>
    <w:rsid w:val="00DD0820"/>
    <w:rsid w:val="00DE2B17"/>
    <w:rsid w:val="00DF48B7"/>
    <w:rsid w:val="00DF7683"/>
    <w:rsid w:val="00E70740"/>
    <w:rsid w:val="00EF06CD"/>
    <w:rsid w:val="00F10EA9"/>
    <w:rsid w:val="00F14B2E"/>
    <w:rsid w:val="00F31047"/>
    <w:rsid w:val="00F37C35"/>
    <w:rsid w:val="00FA573A"/>
    <w:rsid w:val="00FC156D"/>
    <w:rsid w:val="00FC693F"/>
    <w:rsid w:val="03898CB2"/>
    <w:rsid w:val="0594FCE9"/>
    <w:rsid w:val="15C3ABE4"/>
    <w:rsid w:val="2314A6A0"/>
    <w:rsid w:val="27264C43"/>
    <w:rsid w:val="2867FDCF"/>
    <w:rsid w:val="33C5186D"/>
    <w:rsid w:val="3C5BCF12"/>
    <w:rsid w:val="3E4F77F7"/>
    <w:rsid w:val="3E907ADC"/>
    <w:rsid w:val="4936EE16"/>
    <w:rsid w:val="4FB72E42"/>
    <w:rsid w:val="5BADDEB6"/>
    <w:rsid w:val="6FF1791A"/>
    <w:rsid w:val="71F0ADED"/>
    <w:rsid w:val="7C16DB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E33D0FDA-D0AF-41FB-8466-60A89818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2" w:lineRule="auto"/>
    </w:pPr>
    <w:rPr>
      <w:rFonts w:ascii="Arial" w:eastAsia="Arial" w:hAnsi="Arial"/>
      <w:color w:val="222222"/>
      <w:sz w:val="21"/>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1F4E78"/>
      <w:sz w:val="26"/>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1F4E78"/>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FootnoteText">
    <w:name w:val="footnote text"/>
    <w:basedOn w:val="Normal"/>
    <w:link w:val="FootnoteTextChar"/>
    <w:uiPriority w:val="99"/>
    <w:semiHidden/>
    <w:unhideWhenUsed/>
    <w:rsid w:val="006D3C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3CB6"/>
    <w:rPr>
      <w:rFonts w:ascii="Arial" w:eastAsia="Arial" w:hAnsi="Arial"/>
      <w:sz w:val="20"/>
      <w:szCs w:val="20"/>
    </w:rPr>
  </w:style>
  <w:style w:type="character" w:styleId="FootnoteReference">
    <w:name w:val="footnote reference"/>
    <w:basedOn w:val="DefaultParagraphFont"/>
    <w:uiPriority w:val="99"/>
    <w:semiHidden/>
    <w:unhideWhenUsed/>
    <w:rsid w:val="006D3CB6"/>
    <w:rPr>
      <w:vertAlign w:val="superscript"/>
    </w:rPr>
  </w:style>
  <w:style w:type="character" w:styleId="CommentReference">
    <w:name w:val="annotation reference"/>
    <w:basedOn w:val="DefaultParagraphFont"/>
    <w:uiPriority w:val="99"/>
    <w:semiHidden/>
    <w:unhideWhenUsed/>
    <w:rsid w:val="00CF6CDD"/>
    <w:rPr>
      <w:sz w:val="16"/>
      <w:szCs w:val="16"/>
    </w:rPr>
  </w:style>
  <w:style w:type="paragraph" w:styleId="CommentText">
    <w:name w:val="annotation text"/>
    <w:basedOn w:val="Normal"/>
    <w:link w:val="CommentTextChar"/>
    <w:uiPriority w:val="99"/>
    <w:unhideWhenUsed/>
    <w:rsid w:val="00CF6CDD"/>
    <w:pPr>
      <w:spacing w:line="240" w:lineRule="auto"/>
    </w:pPr>
    <w:rPr>
      <w:sz w:val="20"/>
      <w:szCs w:val="20"/>
    </w:rPr>
  </w:style>
  <w:style w:type="character" w:customStyle="1" w:styleId="CommentTextChar">
    <w:name w:val="Comment Text Char"/>
    <w:basedOn w:val="DefaultParagraphFont"/>
    <w:link w:val="CommentText"/>
    <w:uiPriority w:val="99"/>
    <w:rsid w:val="00CF6CDD"/>
    <w:rPr>
      <w:rFonts w:ascii="Arial" w:eastAsia="Arial" w:hAnsi="Arial"/>
      <w:sz w:val="20"/>
      <w:szCs w:val="20"/>
    </w:rPr>
  </w:style>
  <w:style w:type="paragraph" w:styleId="CommentSubject">
    <w:name w:val="annotation subject"/>
    <w:basedOn w:val="CommentText"/>
    <w:next w:val="CommentText"/>
    <w:link w:val="CommentSubjectChar"/>
    <w:uiPriority w:val="99"/>
    <w:semiHidden/>
    <w:unhideWhenUsed/>
    <w:rsid w:val="00CF6CDD"/>
    <w:rPr>
      <w:b/>
      <w:bCs/>
    </w:rPr>
  </w:style>
  <w:style w:type="character" w:customStyle="1" w:styleId="CommentSubjectChar">
    <w:name w:val="Comment Subject Char"/>
    <w:basedOn w:val="CommentTextChar"/>
    <w:link w:val="CommentSubject"/>
    <w:uiPriority w:val="99"/>
    <w:semiHidden/>
    <w:rsid w:val="00CF6CDD"/>
    <w:rPr>
      <w:rFonts w:ascii="Arial" w:eastAsia="Arial" w:hAnsi="Arial"/>
      <w:b/>
      <w:bCs/>
      <w:sz w:val="20"/>
      <w:szCs w:val="20"/>
    </w:rPr>
  </w:style>
  <w:style w:type="table" w:styleId="GridTable4-Accent6">
    <w:name w:val="Grid Table 4 Accent 6"/>
    <w:basedOn w:val="TableNormal"/>
    <w:uiPriority w:val="49"/>
    <w:rsid w:val="00106A82"/>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Revision">
    <w:name w:val="Revision"/>
    <w:hidden/>
    <w:uiPriority w:val="99"/>
    <w:semiHidden/>
    <w:rsid w:val="00106A82"/>
    <w:pPr>
      <w:spacing w:after="0" w:line="240" w:lineRule="auto"/>
    </w:pPr>
    <w:rPr>
      <w:rFonts w:ascii="Arial" w:eastAsia="Arial" w:hAnsi="Arial"/>
      <w:color w:val="222222"/>
      <w:sz w:val="21"/>
    </w:rPr>
  </w:style>
  <w:style w:type="table" w:styleId="GridTable5Dark-Accent6">
    <w:name w:val="Grid Table 5 Dark Accent 6"/>
    <w:basedOn w:val="TableNormal"/>
    <w:uiPriority w:val="50"/>
    <w:rsid w:val="00FA573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character" w:customStyle="1" w:styleId="wacimagecontainer">
    <w:name w:val="wacimagecontainer"/>
    <w:basedOn w:val="DefaultParagraphFont"/>
    <w:rsid w:val="00755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A61088994D00B4F8CA19F51AAE28CEA" ma:contentTypeVersion="10" ma:contentTypeDescription="Ein neues Dokument erstellen." ma:contentTypeScope="" ma:versionID="f1b8a1a66d157ccb858a05c5b9ef2b33">
  <xsd:schema xmlns:xsd="http://www.w3.org/2001/XMLSchema" xmlns:xs="http://www.w3.org/2001/XMLSchema" xmlns:p="http://schemas.microsoft.com/office/2006/metadata/properties" xmlns:ns2="11e4c88b-1213-4952-9053-9c75090bda08" targetNamespace="http://schemas.microsoft.com/office/2006/metadata/properties" ma:root="true" ma:fieldsID="bb365ee6ae180248264e1860a4d07cc9" ns2:_="">
    <xsd:import namespace="11e4c88b-1213-4952-9053-9c75090bda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e4c88b-1213-4952-9053-9c75090bda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c16f50e7-b800-4371-ba64-ecc8e1f0083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e4c88b-1213-4952-9053-9c75090bda0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42D0B-12C8-4218-9F6B-ECC333339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e4c88b-1213-4952-9053-9c75090bd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103439-F015-4CAD-8918-82A03441DEDE}">
  <ds:schemaRefs>
    <ds:schemaRef ds:uri="http://schemas.microsoft.com/sharepoint/v3/contenttype/forms"/>
  </ds:schemaRefs>
</ds:datastoreItem>
</file>

<file path=customXml/itemProps3.xml><?xml version="1.0" encoding="utf-8"?>
<ds:datastoreItem xmlns:ds="http://schemas.openxmlformats.org/officeDocument/2006/customXml" ds:itemID="{F8C8C7FC-1A1B-451B-8E44-B00BE38BF21B}">
  <ds:schemaRefs>
    <ds:schemaRef ds:uri="http://schemas.microsoft.com/office/2006/metadata/properties"/>
    <ds:schemaRef ds:uri="http://schemas.microsoft.com/office/infopath/2007/PartnerControls"/>
    <ds:schemaRef ds:uri="11e4c88b-1213-4952-9053-9c75090bda08"/>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4417</Words>
  <Characters>25183</Characters>
  <Application>Microsoft Office Word</Application>
  <DocSecurity>0</DocSecurity>
  <Lines>209</Lines>
  <Paragraphs>59</Paragraphs>
  <ScaleCrop>false</ScaleCrop>
  <Manager/>
  <Company/>
  <LinksUpToDate>false</LinksUpToDate>
  <CharactersWithSpaces>29541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Abdulazeez, Ahmed</cp:lastModifiedBy>
  <cp:revision>16</cp:revision>
  <dcterms:created xsi:type="dcterms:W3CDTF">2026-09-24T22:28:00Z</dcterms:created>
  <dcterms:modified xsi:type="dcterms:W3CDTF">2026-10-14T10:30:00Z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0x0101003A61088994D00B4F8CA19F51AAE28CEA</vt:lpwstr>
  </property>
  <property fmtid="{D5CDD505-2E9C-101B-9397-08002B2CF9AE}" pid="3" name="MediaServiceImageTags">
    <vt:lpwstr/>
  </property>
</Properties>
</file>