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295D1" w14:textId="77777777" w:rsidR="000136E1" w:rsidRDefault="003056E8">
      <w:pPr>
        <w:jc w:val="center"/>
      </w:pPr>
      <w:r>
        <w:rPr>
          <w:b/>
          <w:color w:val="1F4E79"/>
          <w:sz w:val="36"/>
        </w:rPr>
        <w:t>CURRICULUM VITAE (CV) TEMPLATE</w:t>
      </w:r>
    </w:p>
    <w:p w14:paraId="0815F6A7" w14:textId="1BD229A7" w:rsidR="000136E1" w:rsidRDefault="003056E8">
      <w:r>
        <w:t xml:space="preserve">Use this template to submit your qualifications for the </w:t>
      </w:r>
      <w:r w:rsidR="00C75585">
        <w:t>Ant-</w:t>
      </w:r>
      <w:r w:rsidR="00E82C85">
        <w:t>Fraud and Corruption</w:t>
      </w:r>
      <w:r>
        <w:t xml:space="preserve"> </w:t>
      </w:r>
      <w:r w:rsidR="00C75585">
        <w:t xml:space="preserve">Trainer </w:t>
      </w:r>
      <w:r>
        <w:t>assignment.</w:t>
      </w:r>
    </w:p>
    <w:p w14:paraId="2E5BB111" w14:textId="77777777" w:rsidR="000136E1" w:rsidRDefault="003056E8">
      <w:r>
        <w:rPr>
          <w:b/>
          <w:sz w:val="28"/>
        </w:rPr>
        <w:t>PERSONAL INFORMATION</w:t>
      </w:r>
    </w:p>
    <w:p w14:paraId="00683220" w14:textId="77777777" w:rsidR="000136E1" w:rsidRDefault="003056E8">
      <w:r>
        <w:t>Full Name:</w:t>
      </w:r>
    </w:p>
    <w:p w14:paraId="2A586B7C" w14:textId="77777777" w:rsidR="000136E1" w:rsidRDefault="003056E8">
      <w:r>
        <w:t>Position/Title:</w:t>
      </w:r>
    </w:p>
    <w:p w14:paraId="4BE16F99" w14:textId="77777777" w:rsidR="000136E1" w:rsidRDefault="003056E8">
      <w:r>
        <w:t>Company/Firm (if applicable):</w:t>
      </w:r>
    </w:p>
    <w:p w14:paraId="084443D4" w14:textId="77777777" w:rsidR="000136E1" w:rsidRDefault="003056E8">
      <w:r>
        <w:t>Email:</w:t>
      </w:r>
    </w:p>
    <w:p w14:paraId="4D12098D" w14:textId="77777777" w:rsidR="000136E1" w:rsidRDefault="003056E8">
      <w:r>
        <w:t>Phone Number:</w:t>
      </w:r>
    </w:p>
    <w:p w14:paraId="385E5CC6" w14:textId="77777777" w:rsidR="000136E1" w:rsidRDefault="003056E8">
      <w:r>
        <w:t>Address:</w:t>
      </w:r>
    </w:p>
    <w:p w14:paraId="07DAC14A" w14:textId="77777777" w:rsidR="000136E1" w:rsidRDefault="003056E8">
      <w:r>
        <w:rPr>
          <w:b/>
          <w:sz w:val="28"/>
        </w:rPr>
        <w:t>PROFESSIONAL SUMMARY</w:t>
      </w:r>
    </w:p>
    <w:p w14:paraId="636B0F35" w14:textId="77777777" w:rsidR="000136E1" w:rsidRDefault="003056E8">
      <w:proofErr w:type="gramStart"/>
      <w:r>
        <w:t>Brief summary</w:t>
      </w:r>
      <w:proofErr w:type="gramEnd"/>
      <w:r>
        <w:t xml:space="preserve"> of qualifications, expertise, and years of experience.</w:t>
      </w:r>
    </w:p>
    <w:p w14:paraId="07DEE553" w14:textId="77777777" w:rsidR="000136E1" w:rsidRDefault="003056E8">
      <w:r>
        <w:rPr>
          <w:b/>
          <w:sz w:val="28"/>
        </w:rPr>
        <w:t>EDUCATION</w:t>
      </w:r>
    </w:p>
    <w:p w14:paraId="78B4A667" w14:textId="77777777" w:rsidR="000136E1" w:rsidRDefault="003056E8">
      <w:r>
        <w:t>Degree | Institution | Year</w:t>
      </w:r>
    </w:p>
    <w:p w14:paraId="168A1AEF" w14:textId="77777777" w:rsidR="000136E1" w:rsidRDefault="003056E8">
      <w:r>
        <w:rPr>
          <w:b/>
          <w:sz w:val="28"/>
        </w:rPr>
        <w:t>PROFESSIONAL EXPERIENCE</w:t>
      </w:r>
    </w:p>
    <w:p w14:paraId="7FB810D9" w14:textId="77777777" w:rsidR="000136E1" w:rsidRDefault="003056E8">
      <w:r>
        <w:t>Position | Organization | Dates | Key Responsibilities/Achievements</w:t>
      </w:r>
    </w:p>
    <w:p w14:paraId="027E4026" w14:textId="77777777" w:rsidR="000136E1" w:rsidRDefault="003056E8">
      <w:r>
        <w:rPr>
          <w:b/>
          <w:sz w:val="28"/>
        </w:rPr>
        <w:t>LICENSES AND PROFESSIONAL CERTIFICATIONS</w:t>
      </w:r>
    </w:p>
    <w:p w14:paraId="1FC785A6" w14:textId="10B9A494" w:rsidR="000136E1" w:rsidRDefault="003056E8">
      <w:r>
        <w:t>List all licenses and certifications</w:t>
      </w:r>
      <w:r w:rsidR="00C75585">
        <w:t xml:space="preserve"> in </w:t>
      </w:r>
      <w:r w:rsidR="00AE0F9B">
        <w:t>Fraud and Corruption Awareness</w:t>
      </w:r>
    </w:p>
    <w:p w14:paraId="62E12642" w14:textId="77777777" w:rsidR="000136E1" w:rsidRDefault="003056E8">
      <w:r>
        <w:rPr>
          <w:b/>
          <w:sz w:val="28"/>
        </w:rPr>
        <w:t>KEY ASSIGNMENTS / RELEVANT EXPERIENCE</w:t>
      </w:r>
    </w:p>
    <w:p w14:paraId="69AC812E" w14:textId="77777777" w:rsidR="000136E1" w:rsidRDefault="003056E8">
      <w:r>
        <w:t xml:space="preserve">Describe assignments </w:t>
      </w:r>
      <w:proofErr w:type="gramStart"/>
      <w:r>
        <w:t>similar to</w:t>
      </w:r>
      <w:proofErr w:type="gramEnd"/>
      <w:r>
        <w:t xml:space="preserve"> this engagement.</w:t>
      </w:r>
    </w:p>
    <w:p w14:paraId="6BC64BF4" w14:textId="6FAE3893" w:rsidR="000136E1" w:rsidRDefault="003056E8">
      <w:r>
        <w:rPr>
          <w:b/>
          <w:sz w:val="28"/>
        </w:rPr>
        <w:t xml:space="preserve">REFERENCES (MINIMUM </w:t>
      </w:r>
      <w:r w:rsidR="00AE0F9B">
        <w:rPr>
          <w:b/>
          <w:sz w:val="28"/>
        </w:rPr>
        <w:t>5 years</w:t>
      </w:r>
      <w:r>
        <w:rPr>
          <w:b/>
          <w:sz w:val="28"/>
        </w:rPr>
        <w:t>)</w:t>
      </w:r>
    </w:p>
    <w:p w14:paraId="0CA6F3CF" w14:textId="77777777" w:rsidR="000136E1" w:rsidRDefault="003056E8">
      <w:r>
        <w:t>Reference Name | Organization | Position | Email | Phone</w:t>
      </w:r>
    </w:p>
    <w:p w14:paraId="60A98C06" w14:textId="70B8E71D" w:rsidR="000136E1" w:rsidRDefault="003056E8">
      <w:r>
        <w:rPr>
          <w:b/>
          <w:sz w:val="28"/>
        </w:rPr>
        <w:t xml:space="preserve">ADDITIONAL REQUIREMENTS FOR </w:t>
      </w:r>
      <w:r w:rsidR="00B24DE2">
        <w:rPr>
          <w:b/>
          <w:sz w:val="28"/>
        </w:rPr>
        <w:t>Anti-Fraud and Corruption</w:t>
      </w:r>
    </w:p>
    <w:p w14:paraId="56788E80" w14:textId="77777777" w:rsidR="000136E1" w:rsidRDefault="003056E8">
      <w:pPr>
        <w:pStyle w:val="ListBullet"/>
      </w:pPr>
      <w:r>
        <w:t>Company Profile</w:t>
      </w:r>
    </w:p>
    <w:p w14:paraId="7CFD44FB" w14:textId="77777777" w:rsidR="000136E1" w:rsidRDefault="003056E8">
      <w:pPr>
        <w:pStyle w:val="ListBullet"/>
      </w:pPr>
      <w:r>
        <w:t>Registration Documents</w:t>
      </w:r>
    </w:p>
    <w:p w14:paraId="10FB3779" w14:textId="77777777" w:rsidR="000136E1" w:rsidRDefault="003056E8">
      <w:pPr>
        <w:pStyle w:val="ListBullet"/>
      </w:pPr>
      <w:r>
        <w:t>CVs of Key Legal Personnel (attach separately)</w:t>
      </w:r>
    </w:p>
    <w:p w14:paraId="6F237E1F" w14:textId="441994D2" w:rsidR="000136E1" w:rsidRDefault="003056E8">
      <w:pPr>
        <w:pStyle w:val="ListBullet"/>
      </w:pPr>
      <w:r>
        <w:lastRenderedPageBreak/>
        <w:t>Financial Proposal (attach separately</w:t>
      </w:r>
      <w:r w:rsidR="00B24DE2">
        <w:t>, the template is in the TOR annexes</w:t>
      </w:r>
      <w:r>
        <w:t>)</w:t>
      </w:r>
    </w:p>
    <w:p w14:paraId="70487750" w14:textId="246F17A1" w:rsidR="000136E1" w:rsidRDefault="000136E1" w:rsidP="00B24DE2">
      <w:pPr>
        <w:pStyle w:val="ListBullet"/>
        <w:numPr>
          <w:ilvl w:val="0"/>
          <w:numId w:val="0"/>
        </w:numPr>
        <w:ind w:left="360"/>
      </w:pPr>
    </w:p>
    <w:sectPr w:rsidR="000136E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02542662">
    <w:abstractNumId w:val="8"/>
  </w:num>
  <w:num w:numId="2" w16cid:durableId="1931309325">
    <w:abstractNumId w:val="6"/>
  </w:num>
  <w:num w:numId="3" w16cid:durableId="1355498527">
    <w:abstractNumId w:val="5"/>
  </w:num>
  <w:num w:numId="4" w16cid:durableId="1676571346">
    <w:abstractNumId w:val="4"/>
  </w:num>
  <w:num w:numId="5" w16cid:durableId="559367620">
    <w:abstractNumId w:val="7"/>
  </w:num>
  <w:num w:numId="6" w16cid:durableId="38744524">
    <w:abstractNumId w:val="3"/>
  </w:num>
  <w:num w:numId="7" w16cid:durableId="734813925">
    <w:abstractNumId w:val="2"/>
  </w:num>
  <w:num w:numId="8" w16cid:durableId="1660302172">
    <w:abstractNumId w:val="1"/>
  </w:num>
  <w:num w:numId="9" w16cid:durableId="1397628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36E1"/>
    <w:rsid w:val="00034616"/>
    <w:rsid w:val="0006063C"/>
    <w:rsid w:val="00123EDA"/>
    <w:rsid w:val="0015074B"/>
    <w:rsid w:val="0029639D"/>
    <w:rsid w:val="003056E8"/>
    <w:rsid w:val="00326F90"/>
    <w:rsid w:val="00843D87"/>
    <w:rsid w:val="00AA1D8D"/>
    <w:rsid w:val="00AE0F9B"/>
    <w:rsid w:val="00B24DE2"/>
    <w:rsid w:val="00B47730"/>
    <w:rsid w:val="00BB6531"/>
    <w:rsid w:val="00C75585"/>
    <w:rsid w:val="00CB0664"/>
    <w:rsid w:val="00E82C85"/>
    <w:rsid w:val="00FC693F"/>
    <w:rsid w:val="7677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131A636A-E33F-4C92-B1B6-7AE0182D4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e4c88b-1213-4952-9053-9c75090bda0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61088994D00B4F8CA19F51AAE28CEA" ma:contentTypeVersion="10" ma:contentTypeDescription="Ein neues Dokument erstellen." ma:contentTypeScope="" ma:versionID="f1b8a1a66d157ccb858a05c5b9ef2b33">
  <xsd:schema xmlns:xsd="http://www.w3.org/2001/XMLSchema" xmlns:xs="http://www.w3.org/2001/XMLSchema" xmlns:p="http://schemas.microsoft.com/office/2006/metadata/properties" xmlns:ns2="11e4c88b-1213-4952-9053-9c75090bda08" targetNamespace="http://schemas.microsoft.com/office/2006/metadata/properties" ma:root="true" ma:fieldsID="bb365ee6ae180248264e1860a4d07cc9" ns2:_="">
    <xsd:import namespace="11e4c88b-1213-4952-9053-9c75090bd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e4c88b-1213-4952-9053-9c75090bda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c16f50e7-b800-4371-ba64-ecc8e1f008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B3A160-CFA4-440E-8D8D-DCD15883D985}">
  <ds:schemaRefs>
    <ds:schemaRef ds:uri="http://schemas.microsoft.com/office/2006/metadata/properties"/>
    <ds:schemaRef ds:uri="http://schemas.microsoft.com/office/infopath/2007/PartnerControls"/>
    <ds:schemaRef ds:uri="11e4c88b-1213-4952-9053-9c75090bda08"/>
  </ds:schemaRefs>
</ds:datastoreItem>
</file>

<file path=customXml/itemProps3.xml><?xml version="1.0" encoding="utf-8"?>
<ds:datastoreItem xmlns:ds="http://schemas.openxmlformats.org/officeDocument/2006/customXml" ds:itemID="{6F1D7443-B3D6-4D81-AB0B-84B43DDC3C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C03473-E4E7-493D-ADFC-E938D7C477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Saifadeen, Kavi</dc:creator>
  <cp:keywords/>
  <dc:description/>
  <cp:lastModifiedBy>Abdulazeez, Ahmed</cp:lastModifiedBy>
  <cp:revision>7</cp:revision>
  <dcterms:created xsi:type="dcterms:W3CDTF">2026-08-02T07:13:00Z</dcterms:created>
  <dcterms:modified xsi:type="dcterms:W3CDTF">2026-08-12T13:31:00Z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0x0101003A61088994D00B4F8CA19F51AAE28CEA</vt:lpwstr>
  </property>
  <property fmtid="{D5CDD505-2E9C-101B-9397-08002B2CF9AE}" pid="3" name="MediaServiceImageTags">
    <vt:lpwstr/>
  </property>
</Properties>
</file>